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AC6B7" w14:textId="77777777" w:rsidR="0011745A" w:rsidRPr="00A85E3F" w:rsidRDefault="00000000">
      <w:pPr>
        <w:jc w:val="center"/>
        <w:rPr>
          <w:rFonts w:ascii="Times New Roman" w:hAnsi="Times New Roman" w:cs="Times New Roman"/>
          <w:sz w:val="22"/>
          <w:lang w:val="pl-PL"/>
        </w:rPr>
      </w:pPr>
      <w:r w:rsidRPr="00A85E3F">
        <w:rPr>
          <w:rFonts w:ascii="Times New Roman" w:hAnsi="Times New Roman" w:cs="Times New Roman"/>
          <w:b/>
          <w:sz w:val="22"/>
          <w:lang w:val="pl-PL"/>
        </w:rPr>
        <w:t>PRIJAVNI OBRAZAC</w:t>
      </w:r>
    </w:p>
    <w:p w14:paraId="3F965FB4" w14:textId="77777777" w:rsidR="0011745A" w:rsidRPr="00596E60" w:rsidRDefault="00000000">
      <w:pPr>
        <w:jc w:val="center"/>
        <w:rPr>
          <w:rFonts w:ascii="Times New Roman" w:hAnsi="Times New Roman" w:cs="Times New Roman"/>
          <w:b/>
          <w:bCs/>
          <w:sz w:val="22"/>
          <w:lang w:val="pl-PL"/>
        </w:rPr>
      </w:pPr>
      <w:r w:rsidRPr="00596E60">
        <w:rPr>
          <w:rFonts w:ascii="Times New Roman" w:hAnsi="Times New Roman" w:cs="Times New Roman"/>
          <w:b/>
          <w:bCs/>
          <w:i/>
          <w:sz w:val="22"/>
          <w:lang w:val="pl-PL"/>
        </w:rPr>
        <w:t>za iskazivanje interesa udruženja za partnersko učešće u realizaciji projekta</w:t>
      </w:r>
      <w:r w:rsidRPr="00596E60">
        <w:rPr>
          <w:rFonts w:ascii="Times New Roman" w:hAnsi="Times New Roman" w:cs="Times New Roman"/>
          <w:b/>
          <w:bCs/>
          <w:i/>
          <w:sz w:val="22"/>
          <w:lang w:val="pl-PL"/>
        </w:rPr>
        <w:br/>
        <w:t>„Sarajevo Link: Gdje se putevi ponovo sreću“</w:t>
      </w:r>
    </w:p>
    <w:p w14:paraId="06E254BC" w14:textId="77777777" w:rsidR="0011745A" w:rsidRPr="00A85E3F" w:rsidRDefault="00000000">
      <w:pPr>
        <w:rPr>
          <w:rFonts w:ascii="Times New Roman" w:hAnsi="Times New Roman" w:cs="Times New Roman"/>
          <w:sz w:val="22"/>
          <w:lang w:val="pl-PL"/>
        </w:rPr>
      </w:pPr>
      <w:r w:rsidRPr="00A85E3F">
        <w:rPr>
          <w:rFonts w:ascii="Times New Roman" w:hAnsi="Times New Roman" w:cs="Times New Roman"/>
          <w:b/>
          <w:sz w:val="22"/>
          <w:lang w:val="pl-PL"/>
        </w:rPr>
        <w:t xml:space="preserve">Uputstvo za popunjavanje: </w:t>
      </w:r>
      <w:r w:rsidRPr="00A85E3F">
        <w:rPr>
          <w:rFonts w:ascii="Times New Roman" w:hAnsi="Times New Roman" w:cs="Times New Roman"/>
          <w:sz w:val="22"/>
          <w:lang w:val="pl-PL"/>
        </w:rPr>
        <w:t>Obrazac popuniti čitko, elektronski ili štampanim slovima. Obavezna polja moraju biti popunjena. Po potrebi koristiti dodatne stranice, uz navođenje poglavlja na koje se odnose. Prijava se podnosi na način i u roku utvrđenom javnim pozivom.</w:t>
      </w:r>
    </w:p>
    <w:p w14:paraId="33D969B1" w14:textId="77777777" w:rsidR="0011745A" w:rsidRPr="00A85E3F" w:rsidRDefault="00000000">
      <w:pPr>
        <w:pStyle w:val="Naslov1"/>
        <w:rPr>
          <w:rFonts w:ascii="Times New Roman" w:hAnsi="Times New Roman" w:cs="Times New Roman"/>
        </w:rPr>
      </w:pPr>
      <w:r w:rsidRPr="00A85E3F">
        <w:rPr>
          <w:rFonts w:ascii="Times New Roman" w:hAnsi="Times New Roman" w:cs="Times New Roman"/>
        </w:rPr>
        <w:t>I. PODACI O UDRUŽENJU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35"/>
        <w:gridCol w:w="5035"/>
      </w:tblGrid>
      <w:tr w:rsidR="0011090D" w:rsidRPr="00A85E3F" w14:paraId="381D9E7D" w14:textId="77777777" w:rsidTr="00591396">
        <w:trPr>
          <w:jc w:val="center"/>
        </w:trPr>
        <w:tc>
          <w:tcPr>
            <w:tcW w:w="5035" w:type="dxa"/>
            <w:shd w:val="clear" w:color="auto" w:fill="D9E2F3"/>
            <w:vAlign w:val="center"/>
          </w:tcPr>
          <w:p w14:paraId="4198B153" w14:textId="77777777" w:rsidR="00946189" w:rsidRPr="00946189" w:rsidRDefault="00946189">
            <w:pPr>
              <w:rPr>
                <w:rFonts w:ascii="Times New Roman" w:hAnsi="Times New Roman" w:cs="Times New Roman"/>
                <w:b/>
                <w:sz w:val="22"/>
              </w:rPr>
            </w:pPr>
          </w:p>
          <w:p w14:paraId="28E0EE09" w14:textId="581891A8" w:rsidR="0011745A" w:rsidRPr="00946189" w:rsidRDefault="0000000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Podatak</w:t>
            </w:r>
          </w:p>
          <w:p w14:paraId="36B88A63" w14:textId="77777777" w:rsidR="00946189" w:rsidRPr="00946189" w:rsidRDefault="0094618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035" w:type="dxa"/>
            <w:shd w:val="clear" w:color="auto" w:fill="D9E2F3"/>
            <w:vAlign w:val="center"/>
          </w:tcPr>
          <w:p w14:paraId="60A1BEB2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Unijeti podatke</w:t>
            </w:r>
          </w:p>
        </w:tc>
      </w:tr>
      <w:tr w:rsidR="0011090D" w:rsidRPr="0011090D" w14:paraId="7663F2C8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6355E37F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Puni naziv udruženja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1971163692"/>
            <w:placeholder>
              <w:docPart w:val="DefaultPlaceholder_-1854013440"/>
            </w:placeholder>
            <w:showingPlcHdr/>
          </w:sdtPr>
          <w:sdtContent>
            <w:tc>
              <w:tcPr>
                <w:tcW w:w="5035" w:type="dxa"/>
              </w:tcPr>
              <w:p w14:paraId="710560EA" w14:textId="001A3A5F" w:rsidR="0011745A" w:rsidRPr="0011090D" w:rsidRDefault="0011090D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  <w:r w:rsidRPr="00FD319D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11090D" w:rsidRPr="00A85E3F" w14:paraId="575A95DC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7365D392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Skraćeni naziv (ako postoji)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1522509682"/>
            <w:placeholder>
              <w:docPart w:val="8C28AB523D7840FAB55A6B42169A65F5"/>
            </w:placeholder>
          </w:sdtPr>
          <w:sdtContent>
            <w:tc>
              <w:tcPr>
                <w:tcW w:w="5035" w:type="dxa"/>
              </w:tcPr>
              <w:p w14:paraId="0F6A8FF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4727E0E" w14:textId="0622D89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6B406155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4933EA4B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Adresa sjedišta i općina/grad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630547861"/>
            <w:placeholder>
              <w:docPart w:val="243124233198476D96234E880BD52F28"/>
            </w:placeholder>
          </w:sdtPr>
          <w:sdtContent>
            <w:tc>
              <w:tcPr>
                <w:tcW w:w="5035" w:type="dxa"/>
              </w:tcPr>
              <w:p w14:paraId="2CDAD94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7B02320" w14:textId="62CD5346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57243EF9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1FE2EA80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ID broj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1188097871"/>
            <w:placeholder>
              <w:docPart w:val="F08069CFA97F4D17A3EB785C7BEC4891"/>
            </w:placeholder>
          </w:sdtPr>
          <w:sdtContent>
            <w:tc>
              <w:tcPr>
                <w:tcW w:w="5035" w:type="dxa"/>
              </w:tcPr>
              <w:p w14:paraId="08F35785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F4AE446" w14:textId="7A71341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14F56147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2490C5BA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Broj i datum rješenja o registraciji / organ registracije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483843860"/>
            <w:placeholder>
              <w:docPart w:val="AE5ECB14E9E74D53BCD28A9E3A017EE4"/>
            </w:placeholder>
          </w:sdtPr>
          <w:sdtContent>
            <w:tc>
              <w:tcPr>
                <w:tcW w:w="5035" w:type="dxa"/>
              </w:tcPr>
              <w:p w14:paraId="71142E32" w14:textId="25B23D8D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0FE404B" w14:textId="2E3D327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7AADBA9A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24A1A714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Telefon i e-mail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291058465"/>
            <w:placeholder>
              <w:docPart w:val="5620719635A84667A65746C064E39049"/>
            </w:placeholder>
          </w:sdtPr>
          <w:sdtContent>
            <w:tc>
              <w:tcPr>
                <w:tcW w:w="5035" w:type="dxa"/>
              </w:tcPr>
              <w:p w14:paraId="715457F2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8936C46" w14:textId="4BBEBFD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38015E59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75DCABD7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Internet stranica / društvene mreže (ako postoje)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648712379"/>
            <w:placeholder>
              <w:docPart w:val="E46E5B17FE8C4607B2BB0788A47F00FC"/>
            </w:placeholder>
          </w:sdtPr>
          <w:sdtContent>
            <w:tc>
              <w:tcPr>
                <w:tcW w:w="5035" w:type="dxa"/>
              </w:tcPr>
              <w:p w14:paraId="57704FFB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DB947B9" w14:textId="0AB93F6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20C2B2A6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278D4384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Ime i prezime ovlaštenog zastupnika i funkcija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342172542"/>
            <w:placeholder>
              <w:docPart w:val="04806DE85411452194CA2C4D5D7F7855"/>
            </w:placeholder>
          </w:sdtPr>
          <w:sdtContent>
            <w:tc>
              <w:tcPr>
                <w:tcW w:w="5035" w:type="dxa"/>
              </w:tcPr>
              <w:p w14:paraId="66198D8E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163E7DB" w14:textId="7D5869B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18EDF80A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684C47F8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Kontakt osoba za prijavu i realizaciju aktivnosti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218907011"/>
            <w:placeholder>
              <w:docPart w:val="A64B972185374E0FB7BAD9F2DF5F8543"/>
            </w:placeholder>
          </w:sdtPr>
          <w:sdtContent>
            <w:tc>
              <w:tcPr>
                <w:tcW w:w="5035" w:type="dxa"/>
              </w:tcPr>
              <w:p w14:paraId="0B75049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171E1BD" w14:textId="233EF19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25939284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7C514C14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Telefon i e-mail kontakt osobe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2146082943"/>
            <w:placeholder>
              <w:docPart w:val="81EFA9AF0F68433980890A21F56FE995"/>
            </w:placeholder>
          </w:sdtPr>
          <w:sdtContent>
            <w:tc>
              <w:tcPr>
                <w:tcW w:w="5035" w:type="dxa"/>
              </w:tcPr>
              <w:p w14:paraId="3FEBB73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5E0A129" w14:textId="50DFBC26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11090D" w:rsidRPr="00A85E3F" w14:paraId="014CC3EB" w14:textId="77777777" w:rsidTr="00591396">
        <w:trPr>
          <w:trHeight w:val="567"/>
          <w:jc w:val="center"/>
        </w:trPr>
        <w:tc>
          <w:tcPr>
            <w:tcW w:w="5035" w:type="dxa"/>
            <w:vAlign w:val="center"/>
          </w:tcPr>
          <w:p w14:paraId="296885A8" w14:textId="28BF2E9A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 xml:space="preserve">Broj transakcijskog računa i banka 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804062460"/>
            <w:placeholder>
              <w:docPart w:val="D109A5AF526F493396D34527AC42E515"/>
            </w:placeholder>
          </w:sdtPr>
          <w:sdtContent>
            <w:tc>
              <w:tcPr>
                <w:tcW w:w="5035" w:type="dxa"/>
              </w:tcPr>
              <w:p w14:paraId="629D572A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9DC3E3F" w14:textId="4925BE60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</w:tbl>
    <w:p w14:paraId="44FB059C" w14:textId="77777777" w:rsidR="0011745A" w:rsidRPr="0011090D" w:rsidRDefault="00000000">
      <w:pPr>
        <w:pStyle w:val="Naslov1"/>
        <w:rPr>
          <w:rFonts w:ascii="Times New Roman" w:hAnsi="Times New Roman" w:cs="Times New Roman"/>
        </w:rPr>
      </w:pPr>
      <w:r w:rsidRPr="0011090D">
        <w:rPr>
          <w:rFonts w:ascii="Times New Roman" w:hAnsi="Times New Roman" w:cs="Times New Roman"/>
        </w:rPr>
        <w:t>II. ISKUSTVO I ORGANIZACIJSKI KAPACITETI</w:t>
      </w:r>
    </w:p>
    <w:p w14:paraId="6D131819" w14:textId="77777777" w:rsidR="0011745A" w:rsidRDefault="00000000">
      <w:pPr>
        <w:rPr>
          <w:rFonts w:ascii="Times New Roman" w:hAnsi="Times New Roman" w:cs="Times New Roman"/>
          <w:sz w:val="22"/>
        </w:rPr>
      </w:pPr>
      <w:r w:rsidRPr="00946189">
        <w:rPr>
          <w:rFonts w:ascii="Times New Roman" w:hAnsi="Times New Roman" w:cs="Times New Roman"/>
          <w:sz w:val="22"/>
        </w:rPr>
        <w:t>1. Ukratko opišite misiju, ciljeve i djelatnosti udruženja relevantne za projekat Sarajevo Link: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6BB85A15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1830709656"/>
            <w:placeholder>
              <w:docPart w:val="FAC2372F268143E8BAD879FCBEB8F643"/>
            </w:placeholder>
            <w:showingPlcHdr/>
          </w:sdtPr>
          <w:sdtContent>
            <w:tc>
              <w:tcPr>
                <w:tcW w:w="10070" w:type="dxa"/>
              </w:tcPr>
              <w:p w14:paraId="6F42AB73" w14:textId="1CE15370" w:rsidR="00591396" w:rsidRDefault="0011090D" w:rsidP="0011090D">
                <w:pPr>
                  <w:rPr>
                    <w:rFonts w:ascii="Times New Roman" w:hAnsi="Times New Roman" w:cs="Times New Roman"/>
                    <w:sz w:val="22"/>
                  </w:rPr>
                </w:pPr>
                <w:r w:rsidRPr="00FD319D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3A582B60" w14:textId="77777777" w:rsidR="00331054" w:rsidRPr="00946189" w:rsidRDefault="00331054">
      <w:pPr>
        <w:rPr>
          <w:rFonts w:ascii="Times New Roman" w:hAnsi="Times New Roman" w:cs="Times New Roman"/>
          <w:sz w:val="22"/>
        </w:rPr>
      </w:pPr>
    </w:p>
    <w:p w14:paraId="067C936C" w14:textId="0477F384" w:rsidR="0011745A" w:rsidRPr="00946189" w:rsidRDefault="00000000">
      <w:pPr>
        <w:rPr>
          <w:rFonts w:ascii="Times New Roman" w:hAnsi="Times New Roman" w:cs="Times New Roman"/>
          <w:sz w:val="22"/>
        </w:rPr>
      </w:pPr>
      <w:r w:rsidRPr="00946189">
        <w:rPr>
          <w:rFonts w:ascii="Times New Roman" w:hAnsi="Times New Roman" w:cs="Times New Roman"/>
          <w:sz w:val="22"/>
        </w:rPr>
        <w:t>2. Navedite do pet relevantnih projekata/aktivnosti realiziranih u posljednjih pet godina.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3"/>
        <w:gridCol w:w="2014"/>
        <w:gridCol w:w="2013"/>
        <w:gridCol w:w="2014"/>
      </w:tblGrid>
      <w:tr w:rsidR="0011745A" w:rsidRPr="00946189" w14:paraId="04274B4B" w14:textId="77777777" w:rsidTr="00591396">
        <w:trPr>
          <w:jc w:val="center"/>
        </w:trPr>
        <w:tc>
          <w:tcPr>
            <w:tcW w:w="2016" w:type="dxa"/>
            <w:shd w:val="clear" w:color="auto" w:fill="D9E2F3"/>
            <w:vAlign w:val="center"/>
          </w:tcPr>
          <w:p w14:paraId="743059F7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Naziv projekta/aktivnosti</w:t>
            </w:r>
          </w:p>
        </w:tc>
        <w:tc>
          <w:tcPr>
            <w:tcW w:w="2013" w:type="dxa"/>
            <w:shd w:val="clear" w:color="auto" w:fill="D9E2F3"/>
            <w:vAlign w:val="center"/>
          </w:tcPr>
          <w:p w14:paraId="7DF860B9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Period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3CA38D1F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Uloga udruženja</w:t>
            </w:r>
          </w:p>
        </w:tc>
        <w:tc>
          <w:tcPr>
            <w:tcW w:w="2013" w:type="dxa"/>
            <w:shd w:val="clear" w:color="auto" w:fill="D9E2F3"/>
            <w:vAlign w:val="center"/>
          </w:tcPr>
          <w:p w14:paraId="6969B819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Ciljna grupa i rezultati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17C88F1F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Finansijer (ako je primjenjivo)</w:t>
            </w:r>
          </w:p>
        </w:tc>
      </w:tr>
      <w:tr w:rsidR="00591396" w:rsidRPr="00946189" w14:paraId="1733CCFB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817997732"/>
            <w:placeholder>
              <w:docPart w:val="2B10FA15175946FC8ECE719F3DE11317"/>
            </w:placeholder>
          </w:sdtPr>
          <w:sdtContent>
            <w:tc>
              <w:tcPr>
                <w:tcW w:w="2016" w:type="dxa"/>
              </w:tcPr>
              <w:p w14:paraId="6D62E784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280241B" w14:textId="5A4FCB3C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41309549"/>
            <w:placeholder>
              <w:docPart w:val="B64FF69C06FB4ABB85D61142C51CB893"/>
            </w:placeholder>
          </w:sdtPr>
          <w:sdtContent>
            <w:tc>
              <w:tcPr>
                <w:tcW w:w="2013" w:type="dxa"/>
              </w:tcPr>
              <w:p w14:paraId="7F3BA246" w14:textId="0A866DAC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8F611ED" w14:textId="2DCD477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824960384"/>
            <w:placeholder>
              <w:docPart w:val="58791186B05C4D15B928A4675D6019B1"/>
            </w:placeholder>
          </w:sdtPr>
          <w:sdtContent>
            <w:tc>
              <w:tcPr>
                <w:tcW w:w="2014" w:type="dxa"/>
              </w:tcPr>
              <w:p w14:paraId="47558E0F" w14:textId="1AD421F8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31A7D26" w14:textId="3837BC1A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805851828"/>
            <w:placeholder>
              <w:docPart w:val="9CC962EED21941D4B1AFB4E6210FD741"/>
            </w:placeholder>
          </w:sdtPr>
          <w:sdtContent>
            <w:tc>
              <w:tcPr>
                <w:tcW w:w="2013" w:type="dxa"/>
              </w:tcPr>
              <w:p w14:paraId="4A9149C6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A4002A8" w14:textId="42C8015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031418178"/>
            <w:placeholder>
              <w:docPart w:val="270B86CDF7874526A771D31007D6A936"/>
            </w:placeholder>
          </w:sdtPr>
          <w:sdtContent>
            <w:tc>
              <w:tcPr>
                <w:tcW w:w="2014" w:type="dxa"/>
              </w:tcPr>
              <w:p w14:paraId="559BD3A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4B2B76E" w14:textId="5614556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5AE7B463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1463309782"/>
            <w:placeholder>
              <w:docPart w:val="6AE5668B799D43FFB7C45A0DADD5883A"/>
            </w:placeholder>
          </w:sdtPr>
          <w:sdtContent>
            <w:tc>
              <w:tcPr>
                <w:tcW w:w="2016" w:type="dxa"/>
              </w:tcPr>
              <w:p w14:paraId="24260DC4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94B80BE" w14:textId="62EAE9B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983850946"/>
            <w:placeholder>
              <w:docPart w:val="CC5B4CEBE74949C1BBE4CF283BC32BBF"/>
            </w:placeholder>
          </w:sdtPr>
          <w:sdtContent>
            <w:tc>
              <w:tcPr>
                <w:tcW w:w="2013" w:type="dxa"/>
              </w:tcPr>
              <w:p w14:paraId="5DC8ADE3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096BE69" w14:textId="76C3B56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766068036"/>
            <w:placeholder>
              <w:docPart w:val="E02CFA3BDBEC42C2880D5DD2F313EA1C"/>
            </w:placeholder>
          </w:sdtPr>
          <w:sdtContent>
            <w:tc>
              <w:tcPr>
                <w:tcW w:w="2014" w:type="dxa"/>
              </w:tcPr>
              <w:p w14:paraId="6748B402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2137D43" w14:textId="6FE46602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451519846"/>
            <w:placeholder>
              <w:docPart w:val="6112A8773EA946C5959C6D1C09E4B809"/>
            </w:placeholder>
          </w:sdtPr>
          <w:sdtContent>
            <w:tc>
              <w:tcPr>
                <w:tcW w:w="2013" w:type="dxa"/>
              </w:tcPr>
              <w:p w14:paraId="5138EAF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0B9593E" w14:textId="0F9AE5DE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540086450"/>
            <w:placeholder>
              <w:docPart w:val="E09F0DDFA33A4807872975259FFEDBB0"/>
            </w:placeholder>
          </w:sdtPr>
          <w:sdtContent>
            <w:tc>
              <w:tcPr>
                <w:tcW w:w="2014" w:type="dxa"/>
              </w:tcPr>
              <w:p w14:paraId="263A70F4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1A17A8F" w14:textId="2B0BF50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55EA299E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1875878500"/>
            <w:placeholder>
              <w:docPart w:val="6C8E282D0C894FA69D92B0C39909A55C"/>
            </w:placeholder>
          </w:sdtPr>
          <w:sdtContent>
            <w:tc>
              <w:tcPr>
                <w:tcW w:w="2016" w:type="dxa"/>
              </w:tcPr>
              <w:p w14:paraId="185EA62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6001E4C" w14:textId="021A2AD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58200570"/>
            <w:placeholder>
              <w:docPart w:val="17F265A206AA4B79BBFBA2ACD49E65CB"/>
            </w:placeholder>
          </w:sdtPr>
          <w:sdtContent>
            <w:tc>
              <w:tcPr>
                <w:tcW w:w="2013" w:type="dxa"/>
              </w:tcPr>
              <w:p w14:paraId="6DE5025E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D970567" w14:textId="0598D2C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792270379"/>
            <w:placeholder>
              <w:docPart w:val="40D018F3E8004DCA9AEEF5283DFB8584"/>
            </w:placeholder>
          </w:sdtPr>
          <w:sdtContent>
            <w:tc>
              <w:tcPr>
                <w:tcW w:w="2014" w:type="dxa"/>
              </w:tcPr>
              <w:p w14:paraId="414E765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5B7184F" w14:textId="7A1F039A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905173155"/>
            <w:placeholder>
              <w:docPart w:val="DA175617002B4B139F167020C83F2204"/>
            </w:placeholder>
          </w:sdtPr>
          <w:sdtContent>
            <w:tc>
              <w:tcPr>
                <w:tcW w:w="2013" w:type="dxa"/>
              </w:tcPr>
              <w:p w14:paraId="506146E6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C2C6B03" w14:textId="3EE9C83C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403147096"/>
            <w:placeholder>
              <w:docPart w:val="392FFC45B0E34BD989CB339BDC3D98B8"/>
            </w:placeholder>
          </w:sdtPr>
          <w:sdtContent>
            <w:tc>
              <w:tcPr>
                <w:tcW w:w="2014" w:type="dxa"/>
              </w:tcPr>
              <w:p w14:paraId="2A4456E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F122389" w14:textId="1AC7616C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0026524A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-1507598198"/>
            <w:placeholder>
              <w:docPart w:val="DA6617D031CA42EFA11DC2AFC66A881D"/>
            </w:placeholder>
          </w:sdtPr>
          <w:sdtContent>
            <w:tc>
              <w:tcPr>
                <w:tcW w:w="2016" w:type="dxa"/>
              </w:tcPr>
              <w:p w14:paraId="35DA4D02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34B6CFD" w14:textId="12C91D9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677569072"/>
            <w:placeholder>
              <w:docPart w:val="66D7FEEB46374F1699335D85A7141521"/>
            </w:placeholder>
          </w:sdtPr>
          <w:sdtContent>
            <w:tc>
              <w:tcPr>
                <w:tcW w:w="2013" w:type="dxa"/>
              </w:tcPr>
              <w:p w14:paraId="7AA60CB5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FA0F08A" w14:textId="4F427297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22265723"/>
            <w:placeholder>
              <w:docPart w:val="3C389637E50B4C48BCEBCFD45666FFF3"/>
            </w:placeholder>
          </w:sdtPr>
          <w:sdtContent>
            <w:tc>
              <w:tcPr>
                <w:tcW w:w="2014" w:type="dxa"/>
              </w:tcPr>
              <w:p w14:paraId="53966E0D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C38B4AC" w14:textId="4D08BED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003319536"/>
            <w:placeholder>
              <w:docPart w:val="19044C13F7224C64AC939F873182ADB4"/>
            </w:placeholder>
          </w:sdtPr>
          <w:sdtContent>
            <w:tc>
              <w:tcPr>
                <w:tcW w:w="2013" w:type="dxa"/>
              </w:tcPr>
              <w:p w14:paraId="794C0116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67822D1" w14:textId="73D2B0FC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490227802"/>
            <w:placeholder>
              <w:docPart w:val="FCECD5F3914846B9A7BB98E2A1329146"/>
            </w:placeholder>
          </w:sdtPr>
          <w:sdtContent>
            <w:tc>
              <w:tcPr>
                <w:tcW w:w="2014" w:type="dxa"/>
              </w:tcPr>
              <w:p w14:paraId="77ED299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9DCA156" w14:textId="6060867A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6C135D1D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-1372913593"/>
            <w:placeholder>
              <w:docPart w:val="64333BE9722F4728BA4FAEB9CD2E7D51"/>
            </w:placeholder>
          </w:sdtPr>
          <w:sdtContent>
            <w:tc>
              <w:tcPr>
                <w:tcW w:w="2016" w:type="dxa"/>
              </w:tcPr>
              <w:p w14:paraId="71B9121D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92F7F87" w14:textId="63F8D626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884103486"/>
            <w:placeholder>
              <w:docPart w:val="8A8D17763CAD4DC18F7606AF445D477B"/>
            </w:placeholder>
          </w:sdtPr>
          <w:sdtContent>
            <w:tc>
              <w:tcPr>
                <w:tcW w:w="2013" w:type="dxa"/>
              </w:tcPr>
              <w:p w14:paraId="61DC477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E3C430D" w14:textId="5AAED482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491072835"/>
            <w:placeholder>
              <w:docPart w:val="E8AF4162D20E4173B908FA61B87D675F"/>
            </w:placeholder>
          </w:sdtPr>
          <w:sdtContent>
            <w:tc>
              <w:tcPr>
                <w:tcW w:w="2014" w:type="dxa"/>
              </w:tcPr>
              <w:p w14:paraId="562CE53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8E505E4" w14:textId="13626598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144383462"/>
            <w:placeholder>
              <w:docPart w:val="EC934654D8AA4D0FAA5055B66EE7A2F0"/>
            </w:placeholder>
          </w:sdtPr>
          <w:sdtContent>
            <w:tc>
              <w:tcPr>
                <w:tcW w:w="2013" w:type="dxa"/>
              </w:tcPr>
              <w:p w14:paraId="0CE3066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51FD033" w14:textId="7C79AE2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862938055"/>
            <w:placeholder>
              <w:docPart w:val="9DD18D8A3E3E4F5D875F60405C19B999"/>
            </w:placeholder>
          </w:sdtPr>
          <w:sdtContent>
            <w:tc>
              <w:tcPr>
                <w:tcW w:w="2014" w:type="dxa"/>
              </w:tcPr>
              <w:p w14:paraId="45C35BBD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082FC3B" w14:textId="72A3308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</w:tbl>
    <w:p w14:paraId="3DE82123" w14:textId="77777777" w:rsidR="0011745A" w:rsidRPr="00946189" w:rsidRDefault="0011745A">
      <w:pPr>
        <w:spacing w:after="0"/>
        <w:rPr>
          <w:rFonts w:ascii="Times New Roman" w:hAnsi="Times New Roman" w:cs="Times New Roman"/>
          <w:sz w:val="22"/>
        </w:rPr>
      </w:pPr>
    </w:p>
    <w:p w14:paraId="0D4C2272" w14:textId="77777777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3. Opišite stručne, organizacijske i logističke kapacitete (zaposleni, volonteri, saradnici, prostor, oprema, iskustvo u radu s mladima i sl.):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5EE1FBEB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-335615199"/>
            <w:placeholder>
              <w:docPart w:val="3FD1327A86D548A7810047CAC145304D"/>
            </w:placeholder>
          </w:sdtPr>
          <w:sdtContent>
            <w:tc>
              <w:tcPr>
                <w:tcW w:w="10070" w:type="dxa"/>
              </w:tcPr>
              <w:p w14:paraId="3D0927D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9F6DF52" w14:textId="234B580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59956B51" w14:textId="77777777" w:rsidR="00331054" w:rsidRPr="00946189" w:rsidRDefault="00331054">
      <w:pPr>
        <w:rPr>
          <w:rFonts w:ascii="Times New Roman" w:hAnsi="Times New Roman" w:cs="Times New Roman"/>
          <w:sz w:val="22"/>
          <w:lang w:val="pl-PL"/>
        </w:rPr>
      </w:pPr>
    </w:p>
    <w:p w14:paraId="7E6D82ED" w14:textId="77777777" w:rsidR="006F605D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 xml:space="preserve">4. Da li je udruženje trenutno uključeno u druge projekte koji se odnose na iste ili slične aktivnosti/ciljne grupe? </w:t>
      </w:r>
    </w:p>
    <w:p w14:paraId="2818FCEB" w14:textId="41E22899" w:rsidR="006F605D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 xml:space="preserve"> </w:t>
      </w:r>
      <w:sdt>
        <w:sdtPr>
          <w:rPr>
            <w:rFonts w:ascii="Times New Roman" w:hAnsi="Times New Roman" w:cs="Times New Roman"/>
            <w:sz w:val="22"/>
            <w:lang w:val="pl-PL"/>
          </w:rPr>
          <w:id w:val="-507746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90D">
            <w:rPr>
              <w:rFonts w:ascii="MS Gothic" w:eastAsia="MS Gothic" w:hAnsi="MS Gothic" w:cs="Times New Roman" w:hint="eastAsia"/>
              <w:sz w:val="22"/>
              <w:lang w:val="pl-PL"/>
            </w:rPr>
            <w:t>☐</w:t>
          </w:r>
        </w:sdtContent>
      </w:sdt>
      <w:r w:rsidRPr="00946189">
        <w:rPr>
          <w:rFonts w:ascii="Times New Roman" w:hAnsi="Times New Roman" w:cs="Times New Roman"/>
          <w:sz w:val="22"/>
          <w:lang w:val="pl-PL"/>
        </w:rPr>
        <w:t xml:space="preserve"> DA </w:t>
      </w:r>
    </w:p>
    <w:p w14:paraId="54EEBD18" w14:textId="73432931" w:rsidR="0011745A" w:rsidRPr="00946189" w:rsidRDefault="00000000">
      <w:pPr>
        <w:rPr>
          <w:rFonts w:ascii="Times New Roman" w:hAnsi="Times New Roman" w:cs="Times New Roman"/>
          <w:sz w:val="22"/>
          <w:lang w:val="pl-PL"/>
        </w:rPr>
      </w:pPr>
      <w:sdt>
        <w:sdtPr>
          <w:rPr>
            <w:rFonts w:ascii="Segoe UI Symbol" w:hAnsi="Segoe UI Symbol" w:cs="Segoe UI Symbol"/>
            <w:sz w:val="22"/>
            <w:lang w:val="pl-PL"/>
          </w:rPr>
          <w:id w:val="-72106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7F36">
            <w:rPr>
              <w:rFonts w:ascii="MS Gothic" w:eastAsia="MS Gothic" w:hAnsi="MS Gothic" w:cs="Segoe UI Symbol" w:hint="eastAsia"/>
              <w:sz w:val="22"/>
              <w:lang w:val="pl-PL"/>
            </w:rPr>
            <w:t>☐</w:t>
          </w:r>
        </w:sdtContent>
      </w:sdt>
      <w:r w:rsidR="006F605D" w:rsidRPr="00946189">
        <w:rPr>
          <w:rFonts w:ascii="Times New Roman" w:hAnsi="Times New Roman" w:cs="Times New Roman"/>
          <w:sz w:val="22"/>
          <w:lang w:val="pl-PL"/>
        </w:rPr>
        <w:t xml:space="preserve"> NE</w:t>
      </w:r>
    </w:p>
    <w:p w14:paraId="65D9255F" w14:textId="77777777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Ako jeste, navedite projekat, finansijera i način razdvajanja aktivnosti i troškova: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3A967D23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1462616649"/>
            <w:placeholder>
              <w:docPart w:val="2D8F9EB2BABC465982A2D49642755A20"/>
            </w:placeholder>
          </w:sdtPr>
          <w:sdtContent>
            <w:tc>
              <w:tcPr>
                <w:tcW w:w="10070" w:type="dxa"/>
              </w:tcPr>
              <w:p w14:paraId="6DB0F242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2E65D4F" w14:textId="384ACF9A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0BDC87F6" w14:textId="77777777" w:rsidR="0011745A" w:rsidRPr="0011090D" w:rsidRDefault="00000000">
      <w:pPr>
        <w:pStyle w:val="Naslov1"/>
        <w:rPr>
          <w:rFonts w:ascii="Times New Roman" w:hAnsi="Times New Roman" w:cs="Times New Roman"/>
          <w:szCs w:val="22"/>
        </w:rPr>
      </w:pPr>
      <w:r w:rsidRPr="0011090D">
        <w:rPr>
          <w:rFonts w:ascii="Times New Roman" w:hAnsi="Times New Roman" w:cs="Times New Roman"/>
          <w:szCs w:val="22"/>
        </w:rPr>
        <w:t>III. PRIJEDLOG PARTNERSKIH AKTIVNOSTI</w:t>
      </w:r>
    </w:p>
    <w:p w14:paraId="26588CC9" w14:textId="77777777" w:rsidR="0011745A" w:rsidRPr="0011090D" w:rsidRDefault="00000000">
      <w:pPr>
        <w:rPr>
          <w:rFonts w:ascii="Times New Roman" w:hAnsi="Times New Roman" w:cs="Times New Roman"/>
          <w:sz w:val="22"/>
        </w:rPr>
      </w:pPr>
      <w:r w:rsidRPr="0011090D">
        <w:rPr>
          <w:rFonts w:ascii="Times New Roman" w:hAnsi="Times New Roman" w:cs="Times New Roman"/>
          <w:sz w:val="22"/>
        </w:rPr>
        <w:t>1. Naziv predloženog paketa aktivnosti: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4065352C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1724556840"/>
            <w:placeholder>
              <w:docPart w:val="2A578B49C365439D9CBFA90A96EDA56E"/>
            </w:placeholder>
          </w:sdtPr>
          <w:sdtContent>
            <w:tc>
              <w:tcPr>
                <w:tcW w:w="10070" w:type="dxa"/>
              </w:tcPr>
              <w:p w14:paraId="62AD61B0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BA4E801" w14:textId="308991E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5434BAF5" w14:textId="77777777" w:rsidR="00331054" w:rsidRPr="00946189" w:rsidRDefault="00331054">
      <w:pPr>
        <w:rPr>
          <w:rFonts w:ascii="Times New Roman" w:hAnsi="Times New Roman" w:cs="Times New Roman"/>
          <w:sz w:val="22"/>
          <w:lang w:val="pl-PL"/>
        </w:rPr>
      </w:pPr>
    </w:p>
    <w:p w14:paraId="45543D72" w14:textId="77777777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2. Opišite doprinos predloženih aktivnosti ciljevima projekta i povezivanju mladih povratnika i mladih iz drugih dijelova Bosne i Hercegovine: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4A78D786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-377710521"/>
            <w:placeholder>
              <w:docPart w:val="EA08A5A4E2624D2FBC6C03AA0E031777"/>
            </w:placeholder>
          </w:sdtPr>
          <w:sdtContent>
            <w:tc>
              <w:tcPr>
                <w:tcW w:w="10070" w:type="dxa"/>
              </w:tcPr>
              <w:p w14:paraId="7BD579E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D15DAD3" w14:textId="47B1A9B8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4049E36B" w14:textId="77777777" w:rsidR="00331054" w:rsidRDefault="00331054">
      <w:pPr>
        <w:rPr>
          <w:rFonts w:ascii="Times New Roman" w:hAnsi="Times New Roman" w:cs="Times New Roman"/>
          <w:sz w:val="22"/>
          <w:lang w:val="pl-PL"/>
        </w:rPr>
      </w:pPr>
    </w:p>
    <w:p w14:paraId="5D06E14B" w14:textId="2F1B2AE8" w:rsidR="0011745A" w:rsidRPr="00946189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lastRenderedPageBreak/>
        <w:t>3. Popunite tabelu za svaku predloženu aktivnost. Po potrebi dodajte redove ili priložite dodatni list.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11745A" w:rsidRPr="00946189" w14:paraId="7A9DC429" w14:textId="77777777" w:rsidTr="00591396">
        <w:trPr>
          <w:jc w:val="center"/>
        </w:trPr>
        <w:tc>
          <w:tcPr>
            <w:tcW w:w="2014" w:type="dxa"/>
            <w:shd w:val="clear" w:color="auto" w:fill="D9E2F3"/>
            <w:vAlign w:val="center"/>
          </w:tcPr>
          <w:p w14:paraId="6BFDD894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Aktivnost i kratak opis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046A99E9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Ciljna grupa / broj učesnika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089F21BE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Mjesto i okvirni termin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5BDE1BF0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Očekivani rezultat / pokazatelj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72E29C94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Odgovorna osoba</w:t>
            </w:r>
          </w:p>
        </w:tc>
      </w:tr>
      <w:tr w:rsidR="00591396" w:rsidRPr="00946189" w14:paraId="62393BE2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836423227"/>
            <w:placeholder>
              <w:docPart w:val="70527084F20E4F4C9CC4E3DF0E104052"/>
            </w:placeholder>
          </w:sdtPr>
          <w:sdtContent>
            <w:tc>
              <w:tcPr>
                <w:tcW w:w="2014" w:type="dxa"/>
              </w:tcPr>
              <w:p w14:paraId="2A0E817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17B5667" w14:textId="0989C8C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392388998"/>
            <w:placeholder>
              <w:docPart w:val="CC9E14514CFE45D692F3AEE35221AB51"/>
            </w:placeholder>
          </w:sdtPr>
          <w:sdtContent>
            <w:tc>
              <w:tcPr>
                <w:tcW w:w="2014" w:type="dxa"/>
              </w:tcPr>
              <w:p w14:paraId="7A34EA3D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3AE6A7C" w14:textId="5B0B2E1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564295252"/>
            <w:placeholder>
              <w:docPart w:val="FEF25B52EAB34AE79069CAC03977E29C"/>
            </w:placeholder>
          </w:sdtPr>
          <w:sdtContent>
            <w:tc>
              <w:tcPr>
                <w:tcW w:w="2014" w:type="dxa"/>
              </w:tcPr>
              <w:p w14:paraId="131658F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537F250" w14:textId="5B5EC85A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131828575"/>
            <w:placeholder>
              <w:docPart w:val="4FEF506A935B47519F93A38CFF32128A"/>
            </w:placeholder>
          </w:sdtPr>
          <w:sdtContent>
            <w:tc>
              <w:tcPr>
                <w:tcW w:w="2014" w:type="dxa"/>
              </w:tcPr>
              <w:p w14:paraId="3C0C77EA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E57A3AF" w14:textId="456124F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824251327"/>
            <w:placeholder>
              <w:docPart w:val="2E4E7D0A39954D77BCBD509AB1DE05A5"/>
            </w:placeholder>
          </w:sdtPr>
          <w:sdtContent>
            <w:tc>
              <w:tcPr>
                <w:tcW w:w="2014" w:type="dxa"/>
              </w:tcPr>
              <w:p w14:paraId="63403500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32F2207" w14:textId="313E2482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79C6E88C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375049817"/>
            <w:placeholder>
              <w:docPart w:val="729F855DF5B14249B5AF4A0FE5977B14"/>
            </w:placeholder>
          </w:sdtPr>
          <w:sdtContent>
            <w:tc>
              <w:tcPr>
                <w:tcW w:w="2014" w:type="dxa"/>
              </w:tcPr>
              <w:p w14:paraId="50DB5CB3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8BB4908" w14:textId="0A8029F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1457918"/>
            <w:placeholder>
              <w:docPart w:val="72A2FBFBBA324911B91CB53E976ED482"/>
            </w:placeholder>
          </w:sdtPr>
          <w:sdtContent>
            <w:tc>
              <w:tcPr>
                <w:tcW w:w="2014" w:type="dxa"/>
              </w:tcPr>
              <w:p w14:paraId="003F58A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3EDA261" w14:textId="1938B69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795564914"/>
            <w:placeholder>
              <w:docPart w:val="E7DEEE7551E94A919E67C227B3D03699"/>
            </w:placeholder>
          </w:sdtPr>
          <w:sdtContent>
            <w:tc>
              <w:tcPr>
                <w:tcW w:w="2014" w:type="dxa"/>
              </w:tcPr>
              <w:p w14:paraId="39282EE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E7B4159" w14:textId="559C6A3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555277393"/>
            <w:placeholder>
              <w:docPart w:val="7B9DD65685ED4B6BA7D1462A048C758F"/>
            </w:placeholder>
          </w:sdtPr>
          <w:sdtContent>
            <w:tc>
              <w:tcPr>
                <w:tcW w:w="2014" w:type="dxa"/>
              </w:tcPr>
              <w:p w14:paraId="62CC11ED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986D291" w14:textId="49D89FC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003690138"/>
            <w:placeholder>
              <w:docPart w:val="AA70BA6111174BB69F3474DBA6A781A7"/>
            </w:placeholder>
          </w:sdtPr>
          <w:sdtContent>
            <w:tc>
              <w:tcPr>
                <w:tcW w:w="2014" w:type="dxa"/>
              </w:tcPr>
              <w:p w14:paraId="52A020F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448D959" w14:textId="641E3BE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5B5B8E8A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930094170"/>
            <w:placeholder>
              <w:docPart w:val="60015BC7F6184F49B82F07641FDBFBA8"/>
            </w:placeholder>
          </w:sdtPr>
          <w:sdtContent>
            <w:tc>
              <w:tcPr>
                <w:tcW w:w="2014" w:type="dxa"/>
              </w:tcPr>
              <w:p w14:paraId="719B75D3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ED42C0F" w14:textId="7404019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033029245"/>
            <w:placeholder>
              <w:docPart w:val="2A681ECD75554925AAB65D8F20924380"/>
            </w:placeholder>
          </w:sdtPr>
          <w:sdtContent>
            <w:tc>
              <w:tcPr>
                <w:tcW w:w="2014" w:type="dxa"/>
              </w:tcPr>
              <w:p w14:paraId="5C8BD02B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CAB1631" w14:textId="7ABDDDB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183940178"/>
            <w:placeholder>
              <w:docPart w:val="AD5F7AB9449F4B08BD5399AAD85DF976"/>
            </w:placeholder>
          </w:sdtPr>
          <w:sdtContent>
            <w:tc>
              <w:tcPr>
                <w:tcW w:w="2014" w:type="dxa"/>
              </w:tcPr>
              <w:p w14:paraId="3B43700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A7F0801" w14:textId="252EC95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295175051"/>
            <w:placeholder>
              <w:docPart w:val="8BFAA12FB6BF4A6BB39916D63A3D3F2E"/>
            </w:placeholder>
          </w:sdtPr>
          <w:sdtContent>
            <w:tc>
              <w:tcPr>
                <w:tcW w:w="2014" w:type="dxa"/>
              </w:tcPr>
              <w:p w14:paraId="5C58B80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662DCAB" w14:textId="5298BEFB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914832596"/>
            <w:placeholder>
              <w:docPart w:val="5EFFA3CF81C640FF9F4BDD67DC0D9023"/>
            </w:placeholder>
          </w:sdtPr>
          <w:sdtContent>
            <w:tc>
              <w:tcPr>
                <w:tcW w:w="2014" w:type="dxa"/>
              </w:tcPr>
              <w:p w14:paraId="6BBEDCA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9B8387A" w14:textId="14242A3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545C7043" w14:textId="77777777" w:rsidTr="00591396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-202479107"/>
            <w:placeholder>
              <w:docPart w:val="3F2E6DDA4B8E4BBF8463325FC8A7589C"/>
            </w:placeholder>
          </w:sdtPr>
          <w:sdtContent>
            <w:tc>
              <w:tcPr>
                <w:tcW w:w="2014" w:type="dxa"/>
              </w:tcPr>
              <w:p w14:paraId="30A7F38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2782563" w14:textId="3637875F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568032500"/>
            <w:placeholder>
              <w:docPart w:val="6EAB5E7E1E504915876526E8A1054D9D"/>
            </w:placeholder>
          </w:sdtPr>
          <w:sdtContent>
            <w:tc>
              <w:tcPr>
                <w:tcW w:w="2014" w:type="dxa"/>
              </w:tcPr>
              <w:p w14:paraId="577483A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63F3E54" w14:textId="2BEA9E4B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163584825"/>
            <w:placeholder>
              <w:docPart w:val="EDDBDEBBC72A4BFA9D4C98EED1221765"/>
            </w:placeholder>
          </w:sdtPr>
          <w:sdtContent>
            <w:tc>
              <w:tcPr>
                <w:tcW w:w="2014" w:type="dxa"/>
              </w:tcPr>
              <w:p w14:paraId="1347E15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346DD8E" w14:textId="479CC95B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43441300"/>
            <w:placeholder>
              <w:docPart w:val="D8C130B78A2A4A05BD1E54A6AE70C60E"/>
            </w:placeholder>
          </w:sdtPr>
          <w:sdtContent>
            <w:tc>
              <w:tcPr>
                <w:tcW w:w="2014" w:type="dxa"/>
              </w:tcPr>
              <w:p w14:paraId="1C51DE68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0AE5D8A" w14:textId="0BCE0EF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948006712"/>
            <w:placeholder>
              <w:docPart w:val="5A27517583BB4946AD46D7151F9CCF68"/>
            </w:placeholder>
          </w:sdtPr>
          <w:sdtContent>
            <w:tc>
              <w:tcPr>
                <w:tcW w:w="2014" w:type="dxa"/>
              </w:tcPr>
              <w:p w14:paraId="4DEE627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C473F83" w14:textId="4D451DCA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</w:tbl>
    <w:p w14:paraId="794B94ED" w14:textId="77777777" w:rsidR="0011745A" w:rsidRPr="00946189" w:rsidRDefault="0011745A">
      <w:pPr>
        <w:spacing w:after="0"/>
        <w:rPr>
          <w:rFonts w:ascii="Times New Roman" w:hAnsi="Times New Roman" w:cs="Times New Roman"/>
          <w:sz w:val="22"/>
        </w:rPr>
      </w:pPr>
    </w:p>
    <w:p w14:paraId="66C7753F" w14:textId="77777777" w:rsidR="0011745A" w:rsidRPr="0011090D" w:rsidRDefault="00000000">
      <w:pPr>
        <w:pStyle w:val="Naslov1"/>
        <w:rPr>
          <w:rFonts w:ascii="Times New Roman" w:hAnsi="Times New Roman" w:cs="Times New Roman"/>
          <w:szCs w:val="22"/>
        </w:rPr>
      </w:pPr>
      <w:r w:rsidRPr="0011090D">
        <w:rPr>
          <w:rFonts w:ascii="Times New Roman" w:hAnsi="Times New Roman" w:cs="Times New Roman"/>
          <w:szCs w:val="22"/>
        </w:rPr>
        <w:t>IV. FINANSIJSKI PLAN PREDLOŽENIH AKTIVNOSTI</w:t>
      </w:r>
    </w:p>
    <w:p w14:paraId="0CE9D1F3" w14:textId="77777777" w:rsidR="0011745A" w:rsidRPr="00946189" w:rsidRDefault="00000000">
      <w:pPr>
        <w:rPr>
          <w:rFonts w:ascii="Times New Roman" w:hAnsi="Times New Roman" w:cs="Times New Roman"/>
          <w:sz w:val="22"/>
          <w:lang w:val="pl-PL"/>
        </w:rPr>
      </w:pPr>
      <w:r w:rsidRPr="0011090D">
        <w:rPr>
          <w:rFonts w:ascii="Times New Roman" w:hAnsi="Times New Roman" w:cs="Times New Roman"/>
          <w:sz w:val="22"/>
        </w:rPr>
        <w:t xml:space="preserve">Navesti samo troškove neposredno povezane s predloženim aktivnostima. </w:t>
      </w:r>
      <w:r w:rsidRPr="00946189">
        <w:rPr>
          <w:rFonts w:ascii="Times New Roman" w:hAnsi="Times New Roman" w:cs="Times New Roman"/>
          <w:sz w:val="22"/>
          <w:lang w:val="pl-PL"/>
        </w:rPr>
        <w:t>Troškovi moraju biti obrazloženi i usklađeni s pravilima javnog poziva i odobrenim projektnim budžetom.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2517"/>
        <w:gridCol w:w="2517"/>
        <w:gridCol w:w="2518"/>
      </w:tblGrid>
      <w:tr w:rsidR="0011745A" w:rsidRPr="00946189" w14:paraId="30BB6577" w14:textId="77777777" w:rsidTr="00591396">
        <w:trPr>
          <w:jc w:val="center"/>
        </w:trPr>
        <w:tc>
          <w:tcPr>
            <w:tcW w:w="2518" w:type="dxa"/>
            <w:shd w:val="clear" w:color="auto" w:fill="D9E2F3"/>
            <w:vAlign w:val="center"/>
          </w:tcPr>
          <w:p w14:paraId="01280583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Budžetska stavka</w:t>
            </w:r>
          </w:p>
        </w:tc>
        <w:tc>
          <w:tcPr>
            <w:tcW w:w="2517" w:type="dxa"/>
            <w:shd w:val="clear" w:color="auto" w:fill="D9E2F3"/>
            <w:vAlign w:val="center"/>
          </w:tcPr>
          <w:p w14:paraId="776828D6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Opis i obračun troška</w:t>
            </w:r>
          </w:p>
        </w:tc>
        <w:tc>
          <w:tcPr>
            <w:tcW w:w="2517" w:type="dxa"/>
            <w:shd w:val="clear" w:color="auto" w:fill="D9E2F3"/>
            <w:vAlign w:val="center"/>
          </w:tcPr>
          <w:p w14:paraId="71F38710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Traženi iznos (KM)</w:t>
            </w:r>
          </w:p>
        </w:tc>
        <w:tc>
          <w:tcPr>
            <w:tcW w:w="2518" w:type="dxa"/>
            <w:shd w:val="clear" w:color="auto" w:fill="D9E2F3"/>
            <w:vAlign w:val="center"/>
          </w:tcPr>
          <w:p w14:paraId="269156CB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Veza s aktivnošću / napomena</w:t>
            </w:r>
          </w:p>
        </w:tc>
      </w:tr>
      <w:tr w:rsidR="00591396" w:rsidRPr="00946189" w14:paraId="04FB9E3A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6A0D168E" w14:textId="77777777" w:rsidR="00591396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</w:p>
          <w:p w14:paraId="0EC1665F" w14:textId="2C80F393" w:rsidR="00591396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Putni troškovi i prijevoz</w:t>
            </w:r>
          </w:p>
          <w:p w14:paraId="20305728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</w:rPr>
            <w:id w:val="-1816632104"/>
            <w:placeholder>
              <w:docPart w:val="E8D2BB72F66147DAB3DCA9AF4BF3697A"/>
            </w:placeholder>
          </w:sdtPr>
          <w:sdtContent>
            <w:tc>
              <w:tcPr>
                <w:tcW w:w="2517" w:type="dxa"/>
              </w:tcPr>
              <w:p w14:paraId="54A080F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98C5399" w14:textId="2C7F6F86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715432149"/>
            <w:placeholder>
              <w:docPart w:val="2B9AAD971B0D43DF89D0E0279F815F2D"/>
            </w:placeholder>
          </w:sdtPr>
          <w:sdtContent>
            <w:tc>
              <w:tcPr>
                <w:tcW w:w="2517" w:type="dxa"/>
              </w:tcPr>
              <w:p w14:paraId="2DC239B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7700C05" w14:textId="0F2CE52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260831020"/>
            <w:placeholder>
              <w:docPart w:val="8B2928C48B784DA48CCC89F4829A5624"/>
            </w:placeholder>
          </w:sdtPr>
          <w:sdtContent>
            <w:tc>
              <w:tcPr>
                <w:tcW w:w="2518" w:type="dxa"/>
              </w:tcPr>
              <w:p w14:paraId="48D1DD88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089E3F9" w14:textId="362C7D8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1A0B615A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43F1D795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Edukatori, vodiči ili stručni saradnici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414772223"/>
            <w:placeholder>
              <w:docPart w:val="5D4C0386BEA04D6EAFA01132A72388E8"/>
            </w:placeholder>
          </w:sdtPr>
          <w:sdtContent>
            <w:tc>
              <w:tcPr>
                <w:tcW w:w="2517" w:type="dxa"/>
              </w:tcPr>
              <w:p w14:paraId="2578D4BE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FE85808" w14:textId="2786408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760601203"/>
            <w:placeholder>
              <w:docPart w:val="7DABD0B140B14328B99D03AB6265EA0B"/>
            </w:placeholder>
          </w:sdtPr>
          <w:sdtContent>
            <w:tc>
              <w:tcPr>
                <w:tcW w:w="2517" w:type="dxa"/>
              </w:tcPr>
              <w:p w14:paraId="68D0265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F85E9C4" w14:textId="145C8E90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822877985"/>
            <w:placeholder>
              <w:docPart w:val="D6A09EB613844F7484215541D2D9F8C1"/>
            </w:placeholder>
          </w:sdtPr>
          <w:sdtContent>
            <w:tc>
              <w:tcPr>
                <w:tcW w:w="2518" w:type="dxa"/>
              </w:tcPr>
              <w:p w14:paraId="63FC9438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F66139E" w14:textId="6BCF2566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  <w:tr w:rsidR="00591396" w:rsidRPr="00946189" w14:paraId="24A6DB92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41A28214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Materijali i edukativni sadržaji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555276"/>
            <w:placeholder>
              <w:docPart w:val="4325223556AF4A4681735838E81A50C8"/>
            </w:placeholder>
          </w:sdtPr>
          <w:sdtContent>
            <w:tc>
              <w:tcPr>
                <w:tcW w:w="2517" w:type="dxa"/>
              </w:tcPr>
              <w:p w14:paraId="04F35AC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264FE94" w14:textId="06EF74B8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722605303"/>
            <w:placeholder>
              <w:docPart w:val="20A3082CDFF04E3D91F9398D0A21FD6D"/>
            </w:placeholder>
          </w:sdtPr>
          <w:sdtContent>
            <w:tc>
              <w:tcPr>
                <w:tcW w:w="2517" w:type="dxa"/>
              </w:tcPr>
              <w:p w14:paraId="0F9C46E3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78727EA" w14:textId="7958396B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9238767"/>
            <w:placeholder>
              <w:docPart w:val="A32999DE5B1C4A828BC4808161C6D921"/>
            </w:placeholder>
          </w:sdtPr>
          <w:sdtContent>
            <w:tc>
              <w:tcPr>
                <w:tcW w:w="2518" w:type="dxa"/>
              </w:tcPr>
              <w:p w14:paraId="435274D0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27132608" w14:textId="4D581548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1DB27BAC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304241A3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sz w:val="22"/>
                <w:lang w:val="pl-PL"/>
              </w:rPr>
              <w:t>Prostor/oprema (ako je opravdano)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1181166797"/>
            <w:placeholder>
              <w:docPart w:val="1F50DCB6C5C24D568488044AC656B265"/>
            </w:placeholder>
          </w:sdtPr>
          <w:sdtContent>
            <w:tc>
              <w:tcPr>
                <w:tcW w:w="2517" w:type="dxa"/>
              </w:tcPr>
              <w:p w14:paraId="07DE94B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8DCDCA2" w14:textId="00FD29D3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665307605"/>
            <w:placeholder>
              <w:docPart w:val="2BE987FEE3914226A9FAF320725CA786"/>
            </w:placeholder>
          </w:sdtPr>
          <w:sdtContent>
            <w:tc>
              <w:tcPr>
                <w:tcW w:w="2517" w:type="dxa"/>
              </w:tcPr>
              <w:p w14:paraId="0BC9B00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C092B90" w14:textId="53737BAC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172875610"/>
            <w:placeholder>
              <w:docPart w:val="A3374CFD17384586AF9E9ED75715F8C7"/>
            </w:placeholder>
          </w:sdtPr>
          <w:sdtContent>
            <w:tc>
              <w:tcPr>
                <w:tcW w:w="2518" w:type="dxa"/>
              </w:tcPr>
              <w:p w14:paraId="3E98F0F6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6D8FEC5" w14:textId="0C60EAF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  <w:tr w:rsidR="00591396" w:rsidRPr="00946189" w14:paraId="5B67E366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633F407C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Organizacija radionica/posjeta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951621737"/>
            <w:placeholder>
              <w:docPart w:val="1D15D8F77ACD4C5890AB63AFEB2F4843"/>
            </w:placeholder>
          </w:sdtPr>
          <w:sdtContent>
            <w:tc>
              <w:tcPr>
                <w:tcW w:w="2517" w:type="dxa"/>
              </w:tcPr>
              <w:p w14:paraId="0371D7A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C99CE6F" w14:textId="416C031B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389409922"/>
            <w:placeholder>
              <w:docPart w:val="C2A26D594C134B13AF09D120E8CF44E6"/>
            </w:placeholder>
          </w:sdtPr>
          <w:sdtContent>
            <w:tc>
              <w:tcPr>
                <w:tcW w:w="2517" w:type="dxa"/>
              </w:tcPr>
              <w:p w14:paraId="5C839D2C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39135B2" w14:textId="40318AC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772240433"/>
            <w:placeholder>
              <w:docPart w:val="5077AB959ABD439682FA8772E3D6869D"/>
            </w:placeholder>
          </w:sdtPr>
          <w:sdtContent>
            <w:tc>
              <w:tcPr>
                <w:tcW w:w="2518" w:type="dxa"/>
              </w:tcPr>
              <w:p w14:paraId="734E606B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4C59812" w14:textId="20D5DAF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6795E94F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3B8B9972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Dokumentovanje i vidljivost aktivnosti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619287376"/>
            <w:placeholder>
              <w:docPart w:val="6F6B4CB09DF94EA9850AFB58CE82CCF7"/>
            </w:placeholder>
          </w:sdtPr>
          <w:sdtContent>
            <w:tc>
              <w:tcPr>
                <w:tcW w:w="2517" w:type="dxa"/>
              </w:tcPr>
              <w:p w14:paraId="4D4A43A5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58A78A3" w14:textId="3511FCC4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383920215"/>
            <w:placeholder>
              <w:docPart w:val="F271FDC675D74558B8FD4B568F61380C"/>
            </w:placeholder>
          </w:sdtPr>
          <w:sdtContent>
            <w:tc>
              <w:tcPr>
                <w:tcW w:w="2517" w:type="dxa"/>
              </w:tcPr>
              <w:p w14:paraId="73C27880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5C42F754" w14:textId="0695CD1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51078813"/>
            <w:placeholder>
              <w:docPart w:val="3ABC4367ABC7433FB6B66F9A35A95407"/>
            </w:placeholder>
          </w:sdtPr>
          <w:sdtContent>
            <w:tc>
              <w:tcPr>
                <w:tcW w:w="2518" w:type="dxa"/>
              </w:tcPr>
              <w:p w14:paraId="6584FB4E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01743EF" w14:textId="39A9BC19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4E3046AA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7D247275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sz w:val="22"/>
              </w:rPr>
              <w:t>Drugi direktni troškovi (navesti)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219952655"/>
            <w:placeholder>
              <w:docPart w:val="A1B86E15A48344B2ACFCB11CF65686BE"/>
            </w:placeholder>
          </w:sdtPr>
          <w:sdtContent>
            <w:tc>
              <w:tcPr>
                <w:tcW w:w="2517" w:type="dxa"/>
              </w:tcPr>
              <w:p w14:paraId="0DEC6A6F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A47EEE2" w14:textId="41BBE058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446228936"/>
            <w:placeholder>
              <w:docPart w:val="9CE9DF1598174FCAB18A25BC156E5EAC"/>
            </w:placeholder>
          </w:sdtPr>
          <w:sdtContent>
            <w:tc>
              <w:tcPr>
                <w:tcW w:w="2517" w:type="dxa"/>
              </w:tcPr>
              <w:p w14:paraId="32F831B1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4A44206" w14:textId="769733CE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1607384112"/>
            <w:placeholder>
              <w:docPart w:val="10459BFC01DC45E497B14E051AF65878"/>
            </w:placeholder>
          </w:sdtPr>
          <w:sdtContent>
            <w:tc>
              <w:tcPr>
                <w:tcW w:w="2518" w:type="dxa"/>
              </w:tcPr>
              <w:p w14:paraId="7167EE64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C85A5A4" w14:textId="3B315BE7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  <w:tr w:rsidR="00591396" w:rsidRPr="00946189" w14:paraId="7695F897" w14:textId="77777777" w:rsidTr="00591396">
        <w:trPr>
          <w:trHeight w:val="567"/>
          <w:jc w:val="center"/>
        </w:trPr>
        <w:tc>
          <w:tcPr>
            <w:tcW w:w="2518" w:type="dxa"/>
            <w:vAlign w:val="center"/>
          </w:tcPr>
          <w:p w14:paraId="10E331DA" w14:textId="77777777" w:rsidR="00591396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</w:p>
          <w:p w14:paraId="64374D5B" w14:textId="0EF6107D" w:rsidR="00591396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</w:t>
            </w:r>
            <w:r w:rsidRPr="00946189">
              <w:rPr>
                <w:rFonts w:ascii="Times New Roman" w:hAnsi="Times New Roman" w:cs="Times New Roman"/>
                <w:sz w:val="22"/>
              </w:rPr>
              <w:t>KUPNO</w:t>
            </w:r>
          </w:p>
          <w:p w14:paraId="2D13C98A" w14:textId="77777777" w:rsidR="00591396" w:rsidRPr="00946189" w:rsidRDefault="00591396" w:rsidP="00591396">
            <w:pPr>
              <w:rPr>
                <w:rFonts w:ascii="Times New Roman" w:hAnsi="Times New Roman" w:cs="Times New Roman"/>
                <w:sz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</w:rPr>
            <w:id w:val="-1126700086"/>
            <w:placeholder>
              <w:docPart w:val="5B850D9B2DAC4CEFA4FB7B0EFD06AFE6"/>
            </w:placeholder>
          </w:sdtPr>
          <w:sdtContent>
            <w:tc>
              <w:tcPr>
                <w:tcW w:w="2517" w:type="dxa"/>
              </w:tcPr>
              <w:p w14:paraId="0B6E39B7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B278E8B" w14:textId="1EA8DB8D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465886158"/>
            <w:placeholder>
              <w:docPart w:val="D91D83FCC43E4AAB8DA74A40637A3B7F"/>
            </w:placeholder>
          </w:sdtPr>
          <w:sdtContent>
            <w:tc>
              <w:tcPr>
                <w:tcW w:w="2517" w:type="dxa"/>
              </w:tcPr>
              <w:p w14:paraId="6AC28290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67945B69" w14:textId="4317B1D1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1661764534"/>
            <w:placeholder>
              <w:docPart w:val="E8E1219DD0B245BBB029959BB91E9E08"/>
            </w:placeholder>
          </w:sdtPr>
          <w:sdtContent>
            <w:tc>
              <w:tcPr>
                <w:tcW w:w="2518" w:type="dxa"/>
              </w:tcPr>
              <w:p w14:paraId="3FFC31D3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4183C128" w14:textId="49104F75" w:rsidR="00591396" w:rsidRPr="00946189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</w:tc>
          </w:sdtContent>
        </w:sdt>
      </w:tr>
    </w:tbl>
    <w:p w14:paraId="726EA99F" w14:textId="77777777" w:rsidR="0011745A" w:rsidRPr="00946189" w:rsidRDefault="0011745A">
      <w:pPr>
        <w:spacing w:after="0"/>
        <w:rPr>
          <w:rFonts w:ascii="Times New Roman" w:hAnsi="Times New Roman" w:cs="Times New Roman"/>
          <w:sz w:val="22"/>
        </w:rPr>
      </w:pPr>
    </w:p>
    <w:p w14:paraId="1A6E20D7" w14:textId="77777777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Obrazloženje opravdanosti i ekonomičnosti predloženih troškova: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23587607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730352772"/>
            <w:placeholder>
              <w:docPart w:val="00189BA7817741DEAA532748036C6578"/>
            </w:placeholder>
          </w:sdtPr>
          <w:sdtContent>
            <w:tc>
              <w:tcPr>
                <w:tcW w:w="10070" w:type="dxa"/>
              </w:tcPr>
              <w:p w14:paraId="2586121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70A27467" w14:textId="23711284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20879B68" w14:textId="77777777" w:rsidR="00331054" w:rsidRPr="00946189" w:rsidRDefault="00331054">
      <w:pPr>
        <w:rPr>
          <w:rFonts w:ascii="Times New Roman" w:hAnsi="Times New Roman" w:cs="Times New Roman"/>
          <w:sz w:val="22"/>
          <w:lang w:val="pl-PL"/>
        </w:rPr>
      </w:pPr>
    </w:p>
    <w:p w14:paraId="46B3D906" w14:textId="77777777" w:rsidR="0011745A" w:rsidRPr="00946189" w:rsidRDefault="00000000" w:rsidP="00946189">
      <w:pPr>
        <w:jc w:val="both"/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Napomena: Navođenje iznosa ne znači da je finansiranje odobreno. Konačni iznos i prihvatljivost troškova utvrđuju se u skladu s javnim pozivom, raspoloživim sredstvima, odobrenim budžetom projekta i primjenjivim propisima.</w:t>
      </w:r>
    </w:p>
    <w:p w14:paraId="7C999CBC" w14:textId="77777777" w:rsidR="0011745A" w:rsidRPr="00946189" w:rsidRDefault="00000000">
      <w:pPr>
        <w:pStyle w:val="Naslov1"/>
        <w:rPr>
          <w:rFonts w:ascii="Times New Roman" w:hAnsi="Times New Roman" w:cs="Times New Roman"/>
          <w:szCs w:val="22"/>
          <w:lang w:val="pl-PL"/>
        </w:rPr>
      </w:pPr>
      <w:r w:rsidRPr="00946189">
        <w:rPr>
          <w:rFonts w:ascii="Times New Roman" w:hAnsi="Times New Roman" w:cs="Times New Roman"/>
          <w:szCs w:val="22"/>
          <w:lang w:val="pl-PL"/>
        </w:rPr>
        <w:lastRenderedPageBreak/>
        <w:t>V. OČEKIVANI REZULTATI I SIGURNOST UČESNIKA</w:t>
      </w:r>
    </w:p>
    <w:p w14:paraId="58C90BAD" w14:textId="15D9B7F5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1. Kako ćete osigurati kvalitetno učešće i sigurnost učesnika, uključujući maloljetne osobe ako budu obuhvaćene aktivnostima?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2A883D7E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1592892014"/>
            <w:placeholder>
              <w:docPart w:val="207419B89BE746789C1582535D0F2138"/>
            </w:placeholder>
          </w:sdtPr>
          <w:sdtContent>
            <w:tc>
              <w:tcPr>
                <w:tcW w:w="10070" w:type="dxa"/>
              </w:tcPr>
              <w:p w14:paraId="528BFDD8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39D7E566" w14:textId="5F962B92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74DC2547" w14:textId="77777777" w:rsidR="00331054" w:rsidRPr="00946189" w:rsidRDefault="00331054">
      <w:pPr>
        <w:rPr>
          <w:rFonts w:ascii="Times New Roman" w:hAnsi="Times New Roman" w:cs="Times New Roman"/>
          <w:sz w:val="22"/>
          <w:lang w:val="pl-PL"/>
        </w:rPr>
      </w:pPr>
    </w:p>
    <w:p w14:paraId="42BAC7CD" w14:textId="178AD8F4" w:rsidR="0011745A" w:rsidRDefault="00946189">
      <w:pPr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2</w:t>
      </w:r>
      <w:r w:rsidRPr="00946189">
        <w:rPr>
          <w:rFonts w:ascii="Times New Roman" w:hAnsi="Times New Roman" w:cs="Times New Roman"/>
          <w:sz w:val="22"/>
          <w:lang w:val="pl-PL"/>
        </w:rPr>
        <w:t xml:space="preserve">. Hoće li rezultati ili materijali nastali realizacijom aktivnosti biti dostupni javnosti? </w:t>
      </w:r>
      <w:r>
        <w:rPr>
          <w:rFonts w:ascii="Times New Roman" w:hAnsi="Times New Roman" w:cs="Times New Roman"/>
          <w:sz w:val="22"/>
          <w:lang w:val="pl-PL"/>
        </w:rPr>
        <w:t>N</w:t>
      </w:r>
      <w:r w:rsidRPr="00946189">
        <w:rPr>
          <w:rFonts w:ascii="Times New Roman" w:hAnsi="Times New Roman" w:cs="Times New Roman"/>
          <w:sz w:val="22"/>
          <w:lang w:val="pl-PL"/>
        </w:rPr>
        <w:t>a koji način?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91396" w14:paraId="779CB1B1" w14:textId="77777777" w:rsidTr="00591396">
        <w:trPr>
          <w:trHeight w:val="1134"/>
        </w:trPr>
        <w:sdt>
          <w:sdtPr>
            <w:rPr>
              <w:rFonts w:ascii="Times New Roman" w:hAnsi="Times New Roman" w:cs="Times New Roman"/>
              <w:sz w:val="22"/>
            </w:rPr>
            <w:id w:val="534623008"/>
            <w:placeholder>
              <w:docPart w:val="90176E8907774B42B00C8C76F1D8C9B1"/>
            </w:placeholder>
          </w:sdtPr>
          <w:sdtContent>
            <w:tc>
              <w:tcPr>
                <w:tcW w:w="10070" w:type="dxa"/>
              </w:tcPr>
              <w:p w14:paraId="61B67BB9" w14:textId="77777777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1342755A" w14:textId="30B5427F" w:rsidR="00591396" w:rsidRDefault="00591396" w:rsidP="00591396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75C85FE3" w14:textId="62E3960D" w:rsidR="0011745A" w:rsidRPr="00946189" w:rsidRDefault="00000000">
      <w:pPr>
        <w:pStyle w:val="Naslov1"/>
        <w:rPr>
          <w:rFonts w:ascii="Times New Roman" w:hAnsi="Times New Roman" w:cs="Times New Roman"/>
          <w:szCs w:val="22"/>
          <w:lang w:val="pl-PL"/>
        </w:rPr>
      </w:pPr>
      <w:r w:rsidRPr="00946189">
        <w:rPr>
          <w:rFonts w:ascii="Times New Roman" w:hAnsi="Times New Roman" w:cs="Times New Roman"/>
          <w:szCs w:val="22"/>
          <w:lang w:val="pl-PL"/>
        </w:rPr>
        <w:t>VI. DOKUMENTACIJA UZ PRIJAVU</w:t>
      </w:r>
    </w:p>
    <w:p w14:paraId="10865AB3" w14:textId="2520F4A2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</w:t>
      </w:r>
      <w:r w:rsidRPr="00F22C1F">
        <w:rPr>
          <w:rFonts w:ascii="Times New Roman" w:hAnsi="Times New Roman" w:cs="Times New Roman"/>
          <w:lang w:val="en-GB"/>
        </w:rPr>
        <w:t xml:space="preserve">opunjen prijavni </w:t>
      </w:r>
      <w:proofErr w:type="gramStart"/>
      <w:r w:rsidRPr="00F22C1F">
        <w:rPr>
          <w:rFonts w:ascii="Times New Roman" w:hAnsi="Times New Roman" w:cs="Times New Roman"/>
          <w:lang w:val="en-GB"/>
        </w:rPr>
        <w:t>obrazac;</w:t>
      </w:r>
      <w:proofErr w:type="gramEnd"/>
    </w:p>
    <w:p w14:paraId="0D523A28" w14:textId="7DF7F38B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K</w:t>
      </w:r>
      <w:r w:rsidRPr="00F22C1F">
        <w:rPr>
          <w:rFonts w:ascii="Times New Roman" w:hAnsi="Times New Roman" w:cs="Times New Roman"/>
          <w:lang w:val="pl-PL"/>
        </w:rPr>
        <w:t>opiju važećeg rješenja o registraciji udruženja;</w:t>
      </w:r>
    </w:p>
    <w:p w14:paraId="268DBBB1" w14:textId="3E2F7D16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K</w:t>
      </w:r>
      <w:r w:rsidRPr="00F22C1F">
        <w:rPr>
          <w:rFonts w:ascii="Times New Roman" w:hAnsi="Times New Roman" w:cs="Times New Roman"/>
          <w:lang w:val="pl-PL"/>
        </w:rPr>
        <w:t>opiju statuta ili odgovarajući izvod iz statuta iz kojeg su vidljivi ciljevi i djelatnosti udruženja;</w:t>
      </w:r>
    </w:p>
    <w:p w14:paraId="266640C1" w14:textId="7A8D7962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K</w:t>
      </w:r>
      <w:r w:rsidRPr="00F22C1F">
        <w:rPr>
          <w:rFonts w:ascii="Times New Roman" w:hAnsi="Times New Roman" w:cs="Times New Roman"/>
          <w:lang w:val="pl-PL"/>
        </w:rPr>
        <w:t>ratak pregled relevantnog iskustva u realizaciji sličnih projekata, uz navođenje naziva projekata, perioda realizacije, partnera i ostvarenih rezultata;</w:t>
      </w:r>
    </w:p>
    <w:p w14:paraId="3BCF0295" w14:textId="041013D4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</w:t>
      </w:r>
      <w:r w:rsidRPr="00F22C1F">
        <w:rPr>
          <w:rFonts w:ascii="Times New Roman" w:hAnsi="Times New Roman" w:cs="Times New Roman"/>
          <w:lang w:val="pl-PL"/>
        </w:rPr>
        <w:t>pis stručnih i organizacijskih kapaciteta udruženja, uključujući raspoložive saradnike i stručna lica;</w:t>
      </w:r>
    </w:p>
    <w:p w14:paraId="0FA2D923" w14:textId="507DCDC8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</w:t>
      </w:r>
      <w:r w:rsidRPr="00F22C1F">
        <w:rPr>
          <w:rFonts w:ascii="Times New Roman" w:hAnsi="Times New Roman" w:cs="Times New Roman"/>
          <w:lang w:val="pl-PL"/>
        </w:rPr>
        <w:t>rijedlog aktivnosti u okviru kojih udruženje može dati doprinos realizaciji Projekta;</w:t>
      </w:r>
    </w:p>
    <w:p w14:paraId="0190E03F" w14:textId="5BB9B796" w:rsidR="002A6878" w:rsidRPr="00F22C1F" w:rsidRDefault="002A6878" w:rsidP="002A6878">
      <w:pPr>
        <w:pStyle w:val="Bezproreda"/>
        <w:numPr>
          <w:ilvl w:val="0"/>
          <w:numId w:val="12"/>
        </w:num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O</w:t>
      </w:r>
      <w:r w:rsidRPr="00F22C1F">
        <w:rPr>
          <w:rFonts w:ascii="Times New Roman" w:hAnsi="Times New Roman" w:cs="Times New Roman"/>
          <w:lang w:val="pl-PL"/>
        </w:rPr>
        <w:t>kvirnu procjenu troškova za predložene aktivnosti, uz navođenje vrste troška i obrazloženje njegove neophodnosti;</w:t>
      </w:r>
    </w:p>
    <w:p w14:paraId="6E255602" w14:textId="13C6E63A" w:rsidR="00596E60" w:rsidRPr="00596E60" w:rsidRDefault="002A6878" w:rsidP="00596E60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6E60">
        <w:rPr>
          <w:rFonts w:ascii="Times New Roman" w:hAnsi="Times New Roman" w:cs="Times New Roman"/>
          <w:sz w:val="22"/>
          <w:lang w:val="pl-PL"/>
        </w:rPr>
        <w:t>Izjavu ovlaštenog lica o</w:t>
      </w:r>
      <w:r w:rsidR="00596E60">
        <w:rPr>
          <w:rFonts w:ascii="Times New Roman" w:hAnsi="Times New Roman" w:cs="Times New Roman"/>
          <w:sz w:val="22"/>
          <w:lang w:val="pl-PL"/>
        </w:rPr>
        <w:t>:</w:t>
      </w:r>
      <w:r w:rsidRPr="00596E60">
        <w:rPr>
          <w:rFonts w:ascii="Times New Roman" w:hAnsi="Times New Roman" w:cs="Times New Roman"/>
          <w:sz w:val="22"/>
          <w:lang w:val="pl-PL"/>
        </w:rPr>
        <w:t xml:space="preserve"> </w:t>
      </w:r>
    </w:p>
    <w:p w14:paraId="1DF91FC3" w14:textId="77777777" w:rsidR="00596E60" w:rsidRDefault="002A6878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6E60">
        <w:rPr>
          <w:rFonts w:ascii="Times New Roman" w:hAnsi="Times New Roman" w:cs="Times New Roman"/>
          <w:sz w:val="22"/>
          <w:lang w:val="pl-PL"/>
        </w:rPr>
        <w:t xml:space="preserve">tačnosti dostavljenih podataka, </w:t>
      </w:r>
    </w:p>
    <w:p w14:paraId="005EB4DB" w14:textId="77777777" w:rsid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6E60">
        <w:rPr>
          <w:rFonts w:ascii="Times New Roman" w:hAnsi="Times New Roman" w:cs="Times New Roman"/>
          <w:sz w:val="22"/>
          <w:lang w:val="pl-PL"/>
        </w:rPr>
        <w:t>da  je druženje registrovano, a prijavu potpisuje ovlašteno lice</w:t>
      </w:r>
    </w:p>
    <w:p w14:paraId="722EF6DB" w14:textId="5D3B78E4" w:rsidR="00596E60" w:rsidRP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da u</w:t>
      </w:r>
      <w:r w:rsidRPr="00596E60">
        <w:rPr>
          <w:rFonts w:ascii="Times New Roman" w:hAnsi="Times New Roman" w:cs="Times New Roman"/>
          <w:sz w:val="22"/>
          <w:lang w:val="pl-PL"/>
        </w:rPr>
        <w:t xml:space="preserve"> slučaju izbora, udruženje će realizirati ugovorene aktivnosti u skladu s odobrenom prijavom, ugovorom, planom aktivnosti i prihvaćenim budžetom.</w:t>
      </w:r>
    </w:p>
    <w:p w14:paraId="0EC13575" w14:textId="2E85C619" w:rsid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da će s</w:t>
      </w:r>
      <w:r w:rsidRPr="00946189">
        <w:rPr>
          <w:rFonts w:ascii="Times New Roman" w:hAnsi="Times New Roman" w:cs="Times New Roman"/>
          <w:sz w:val="22"/>
          <w:lang w:val="pl-PL"/>
        </w:rPr>
        <w:t>redstva koristiti namjenski, ekonomično i isključivo za prihvatljive troškove ugovorenih aktivnosti, uz dostavljanje traženih izvještaja i dokaza.</w:t>
      </w:r>
    </w:p>
    <w:p w14:paraId="3A2D538B" w14:textId="6B6278E1" w:rsidR="00596E60" w:rsidRP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da će u</w:t>
      </w:r>
      <w:r w:rsidRPr="00596E60">
        <w:rPr>
          <w:rFonts w:ascii="Times New Roman" w:hAnsi="Times New Roman" w:cs="Times New Roman"/>
          <w:sz w:val="22"/>
          <w:lang w:val="pl-PL"/>
        </w:rPr>
        <w:t>druženje bez odlaganja prijaviti mogući sukob interesa ili promjenu okolnosti koja može uticati na nepristrasnost izbora ili realizaciju aktivnosti.</w:t>
      </w:r>
    </w:p>
    <w:p w14:paraId="2EC4F6C3" w14:textId="70CC354E" w:rsid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da u</w:t>
      </w:r>
      <w:r w:rsidRPr="00946189">
        <w:rPr>
          <w:rFonts w:ascii="Times New Roman" w:hAnsi="Times New Roman" w:cs="Times New Roman"/>
          <w:sz w:val="22"/>
          <w:lang w:val="pl-PL"/>
        </w:rPr>
        <w:t>druženje prihvata provjeru podataka iz prijave i kontrolu dokumentacije u skladu s važećim propisima.</w:t>
      </w:r>
    </w:p>
    <w:p w14:paraId="74C64412" w14:textId="785A535C" w:rsidR="00596E60" w:rsidRDefault="00596E60" w:rsidP="00596E60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hAnsi="Times New Roman" w:cs="Times New Roman"/>
          <w:sz w:val="22"/>
          <w:lang w:val="pl-PL"/>
        </w:rPr>
        <w:t>da u</w:t>
      </w:r>
      <w:r w:rsidRPr="00596E60">
        <w:rPr>
          <w:rFonts w:ascii="Times New Roman" w:hAnsi="Times New Roman" w:cs="Times New Roman"/>
          <w:sz w:val="22"/>
          <w:lang w:val="pl-PL"/>
        </w:rPr>
        <w:t>druženje razumije da podnošenje prijave ne stvara pravo na izbor, dodjelu sredstava niti zaključenje ugovora.</w:t>
      </w:r>
    </w:p>
    <w:p w14:paraId="0A44C4FB" w14:textId="72801502" w:rsidR="002A6878" w:rsidRPr="00596E60" w:rsidRDefault="002A6878" w:rsidP="00596E60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6E60">
        <w:rPr>
          <w:rFonts w:ascii="Times New Roman" w:hAnsi="Times New Roman" w:cs="Times New Roman"/>
          <w:sz w:val="22"/>
          <w:lang w:val="pl-PL"/>
        </w:rPr>
        <w:t>Druge dokaze koji mogu biti relevantni za ocjenu kapaciteta i sposobnosti za realizaciju predloženih aktivnosti.</w:t>
      </w:r>
    </w:p>
    <w:p w14:paraId="3A52C396" w14:textId="50006803" w:rsidR="0011745A" w:rsidRPr="00946189" w:rsidRDefault="00000000">
      <w:pPr>
        <w:pStyle w:val="Naslov1"/>
        <w:rPr>
          <w:rFonts w:ascii="Times New Roman" w:hAnsi="Times New Roman" w:cs="Times New Roman"/>
          <w:szCs w:val="22"/>
          <w:lang w:val="pl-PL"/>
        </w:rPr>
      </w:pPr>
      <w:r w:rsidRPr="00946189">
        <w:rPr>
          <w:rFonts w:ascii="Times New Roman" w:hAnsi="Times New Roman" w:cs="Times New Roman"/>
          <w:szCs w:val="22"/>
          <w:lang w:val="pl-PL"/>
        </w:rPr>
        <w:t>VII. POTPIS OVLAŠTENOG LICA</w:t>
      </w:r>
    </w:p>
    <w:p w14:paraId="142616A7" w14:textId="77777777" w:rsidR="0011745A" w:rsidRDefault="00000000">
      <w:pPr>
        <w:rPr>
          <w:rFonts w:ascii="Times New Roman" w:hAnsi="Times New Roman" w:cs="Times New Roman"/>
          <w:sz w:val="22"/>
          <w:lang w:val="pl-PL"/>
        </w:rPr>
      </w:pPr>
      <w:r w:rsidRPr="00946189">
        <w:rPr>
          <w:rFonts w:ascii="Times New Roman" w:hAnsi="Times New Roman" w:cs="Times New Roman"/>
          <w:sz w:val="22"/>
          <w:lang w:val="pl-PL"/>
        </w:rPr>
        <w:t>Izjavljujem, u ime udruženja, da sam ovlašten/a podnijeti ovu prijavu te potvrđujem tačnost navedenih podataka i prihvatanje izjava iz ovog obrasca.</w:t>
      </w:r>
    </w:p>
    <w:p w14:paraId="6723005B" w14:textId="77777777" w:rsidR="00591396" w:rsidRDefault="00591396">
      <w:pPr>
        <w:rPr>
          <w:rFonts w:ascii="Times New Roman" w:hAnsi="Times New Roman" w:cs="Times New Roman"/>
          <w:sz w:val="22"/>
          <w:lang w:val="pl-P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11745A" w:rsidRPr="0011090D" w14:paraId="56A4B040" w14:textId="77777777" w:rsidTr="00331054">
        <w:trPr>
          <w:jc w:val="center"/>
        </w:trPr>
        <w:tc>
          <w:tcPr>
            <w:tcW w:w="3356" w:type="dxa"/>
            <w:shd w:val="clear" w:color="auto" w:fill="D9E2F3"/>
            <w:vAlign w:val="center"/>
          </w:tcPr>
          <w:p w14:paraId="143FD13F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lastRenderedPageBreak/>
              <w:t>Mjesto i datum</w:t>
            </w:r>
          </w:p>
        </w:tc>
        <w:tc>
          <w:tcPr>
            <w:tcW w:w="3357" w:type="dxa"/>
            <w:shd w:val="clear" w:color="auto" w:fill="D9E2F3"/>
            <w:vAlign w:val="center"/>
          </w:tcPr>
          <w:p w14:paraId="6F4B29C9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</w:rPr>
              <w:t>Ime i prezime ovlaštenog lica</w:t>
            </w:r>
          </w:p>
        </w:tc>
        <w:tc>
          <w:tcPr>
            <w:tcW w:w="3357" w:type="dxa"/>
            <w:shd w:val="clear" w:color="auto" w:fill="D9E2F3"/>
            <w:vAlign w:val="center"/>
          </w:tcPr>
          <w:p w14:paraId="318F044C" w14:textId="77777777" w:rsidR="0011745A" w:rsidRPr="00946189" w:rsidRDefault="00000000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946189">
              <w:rPr>
                <w:rFonts w:ascii="Times New Roman" w:hAnsi="Times New Roman" w:cs="Times New Roman"/>
                <w:b/>
                <w:sz w:val="22"/>
                <w:lang w:val="pl-PL"/>
              </w:rPr>
              <w:t>Potpis i pečat (ako se koristi)</w:t>
            </w:r>
          </w:p>
        </w:tc>
      </w:tr>
      <w:tr w:rsidR="00591396" w:rsidRPr="00946189" w14:paraId="6600FCAE" w14:textId="77777777" w:rsidTr="0011090D">
        <w:trPr>
          <w:trHeight w:val="567"/>
          <w:jc w:val="center"/>
        </w:trPr>
        <w:sdt>
          <w:sdtPr>
            <w:rPr>
              <w:rFonts w:ascii="Times New Roman" w:hAnsi="Times New Roman" w:cs="Times New Roman"/>
              <w:sz w:val="22"/>
            </w:rPr>
            <w:id w:val="-201782181"/>
            <w:placeholder>
              <w:docPart w:val="05A4CFBC2CF04F7C94A470C2526164EB"/>
            </w:placeholder>
          </w:sdtPr>
          <w:sdtContent>
            <w:tc>
              <w:tcPr>
                <w:tcW w:w="3356" w:type="dxa"/>
                <w:vAlign w:val="center"/>
              </w:tcPr>
              <w:p w14:paraId="1D81E1CD" w14:textId="77777777" w:rsidR="00591396" w:rsidRDefault="00591396" w:rsidP="009B1E9A">
                <w:pPr>
                  <w:rPr>
                    <w:rFonts w:ascii="Times New Roman" w:hAnsi="Times New Roman" w:cs="Times New Roman"/>
                    <w:sz w:val="22"/>
                  </w:rPr>
                </w:pPr>
              </w:p>
              <w:p w14:paraId="070A5C86" w14:textId="1AC0297A" w:rsidR="00591396" w:rsidRPr="00946189" w:rsidRDefault="00591396" w:rsidP="009B1E9A">
                <w:pPr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-907302909"/>
            <w:placeholder>
              <w:docPart w:val="4CE76137444047C2B87790F3024B0993"/>
            </w:placeholder>
          </w:sdtPr>
          <w:sdtContent>
            <w:tc>
              <w:tcPr>
                <w:tcW w:w="3357" w:type="dxa"/>
                <w:vAlign w:val="center"/>
              </w:tcPr>
              <w:p w14:paraId="72C090B1" w14:textId="77777777" w:rsidR="00591396" w:rsidRDefault="00591396" w:rsidP="0011090D">
                <w:pPr>
                  <w:jc w:val="center"/>
                  <w:rPr>
                    <w:rFonts w:ascii="Times New Roman" w:hAnsi="Times New Roman" w:cs="Times New Roman"/>
                    <w:sz w:val="22"/>
                  </w:rPr>
                </w:pPr>
              </w:p>
              <w:p w14:paraId="338C28EB" w14:textId="607BBC5A" w:rsidR="00591396" w:rsidRPr="00946189" w:rsidRDefault="00591396" w:rsidP="0011090D">
                <w:pPr>
                  <w:jc w:val="center"/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</w:rPr>
            <w:id w:val="220877944"/>
            <w:placeholder>
              <w:docPart w:val="41C23B46556C4472BA1D8213813EF531"/>
            </w:placeholder>
          </w:sdtPr>
          <w:sdtContent>
            <w:tc>
              <w:tcPr>
                <w:tcW w:w="3357" w:type="dxa"/>
                <w:vAlign w:val="center"/>
              </w:tcPr>
              <w:p w14:paraId="7151B357" w14:textId="77777777" w:rsidR="00591396" w:rsidRDefault="00591396" w:rsidP="009B1E9A">
                <w:pPr>
                  <w:jc w:val="center"/>
                  <w:rPr>
                    <w:rFonts w:ascii="Times New Roman" w:hAnsi="Times New Roman" w:cs="Times New Roman"/>
                    <w:sz w:val="22"/>
                  </w:rPr>
                </w:pPr>
              </w:p>
              <w:p w14:paraId="230A879B" w14:textId="6659FA8D" w:rsidR="00591396" w:rsidRPr="00946189" w:rsidRDefault="00591396" w:rsidP="009B1E9A">
                <w:pPr>
                  <w:jc w:val="center"/>
                  <w:rPr>
                    <w:rFonts w:ascii="Times New Roman" w:hAnsi="Times New Roman" w:cs="Times New Roman"/>
                    <w:sz w:val="22"/>
                    <w:lang w:val="pl-PL"/>
                  </w:rPr>
                </w:pPr>
              </w:p>
            </w:tc>
          </w:sdtContent>
        </w:sdt>
      </w:tr>
    </w:tbl>
    <w:p w14:paraId="4EEA81F7" w14:textId="77777777" w:rsidR="0011745A" w:rsidRPr="00946189" w:rsidRDefault="0011745A">
      <w:pPr>
        <w:spacing w:after="0"/>
        <w:rPr>
          <w:rFonts w:ascii="Times New Roman" w:hAnsi="Times New Roman" w:cs="Times New Roman"/>
          <w:sz w:val="22"/>
          <w:lang w:val="pl-PL"/>
        </w:rPr>
      </w:pPr>
    </w:p>
    <w:p w14:paraId="1588CA02" w14:textId="77777777" w:rsidR="0011745A" w:rsidRPr="00946189" w:rsidRDefault="0011745A">
      <w:pPr>
        <w:rPr>
          <w:rFonts w:ascii="Times New Roman" w:hAnsi="Times New Roman" w:cs="Times New Roman"/>
          <w:sz w:val="22"/>
          <w:lang w:val="pl-PL"/>
        </w:rPr>
      </w:pPr>
    </w:p>
    <w:sectPr w:rsidR="0011745A" w:rsidRPr="00946189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423086"/>
    <w:multiLevelType w:val="hybridMultilevel"/>
    <w:tmpl w:val="86D2C4A6"/>
    <w:lvl w:ilvl="0" w:tplc="20DCDD7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4129C4"/>
    <w:multiLevelType w:val="hybridMultilevel"/>
    <w:tmpl w:val="213C75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00757"/>
    <w:multiLevelType w:val="hybridMultilevel"/>
    <w:tmpl w:val="A8822F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77269"/>
    <w:multiLevelType w:val="hybridMultilevel"/>
    <w:tmpl w:val="DBF4B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74198">
    <w:abstractNumId w:val="8"/>
  </w:num>
  <w:num w:numId="2" w16cid:durableId="1495681270">
    <w:abstractNumId w:val="6"/>
  </w:num>
  <w:num w:numId="3" w16cid:durableId="2133134623">
    <w:abstractNumId w:val="5"/>
  </w:num>
  <w:num w:numId="4" w16cid:durableId="640697204">
    <w:abstractNumId w:val="4"/>
  </w:num>
  <w:num w:numId="5" w16cid:durableId="1265650638">
    <w:abstractNumId w:val="7"/>
  </w:num>
  <w:num w:numId="6" w16cid:durableId="1691029953">
    <w:abstractNumId w:val="3"/>
  </w:num>
  <w:num w:numId="7" w16cid:durableId="618803246">
    <w:abstractNumId w:val="2"/>
  </w:num>
  <w:num w:numId="8" w16cid:durableId="1419139161">
    <w:abstractNumId w:val="1"/>
  </w:num>
  <w:num w:numId="9" w16cid:durableId="142087014">
    <w:abstractNumId w:val="0"/>
  </w:num>
  <w:num w:numId="10" w16cid:durableId="1605919366">
    <w:abstractNumId w:val="11"/>
  </w:num>
  <w:num w:numId="11" w16cid:durableId="647245766">
    <w:abstractNumId w:val="12"/>
  </w:num>
  <w:num w:numId="12" w16cid:durableId="453401606">
    <w:abstractNumId w:val="10"/>
  </w:num>
  <w:num w:numId="13" w16cid:durableId="157229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8/T87k1hT5SQPbCOrY+Xf1YIWWh9+o7B1mEgrjNMqAzG0kfltfhSG5fM197QJzOtGboDEw51gK+ZPtPrbzz6Lg==" w:salt="kpC9q1pQ1+f+VTMr5ZFuqg==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042"/>
    <w:rsid w:val="0011090D"/>
    <w:rsid w:val="0011745A"/>
    <w:rsid w:val="0014028B"/>
    <w:rsid w:val="0015074B"/>
    <w:rsid w:val="00274C67"/>
    <w:rsid w:val="0029639D"/>
    <w:rsid w:val="002A6878"/>
    <w:rsid w:val="00326F90"/>
    <w:rsid w:val="00331054"/>
    <w:rsid w:val="00591396"/>
    <w:rsid w:val="00596E60"/>
    <w:rsid w:val="006F605D"/>
    <w:rsid w:val="00917273"/>
    <w:rsid w:val="00946189"/>
    <w:rsid w:val="009B1E9A"/>
    <w:rsid w:val="009E6D37"/>
    <w:rsid w:val="00A85E3F"/>
    <w:rsid w:val="00A909CE"/>
    <w:rsid w:val="00AA1D8D"/>
    <w:rsid w:val="00AD7F36"/>
    <w:rsid w:val="00B47730"/>
    <w:rsid w:val="00B5551B"/>
    <w:rsid w:val="00CB0664"/>
    <w:rsid w:val="00F854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2AC0E"/>
  <w14:defaultImageDpi w14:val="300"/>
  <w15:docId w15:val="{E4305CAD-D4A5-46CA-A29F-2D752A1D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kstrezerviranogmjesta">
    <w:name w:val="Placeholder Text"/>
    <w:basedOn w:val="Zadanifontodlomka"/>
    <w:uiPriority w:val="99"/>
    <w:semiHidden/>
    <w:rsid w:val="005913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02711-C5EB-4A0C-B41B-1734912B46D9}"/>
      </w:docPartPr>
      <w:docPartBody>
        <w:p w:rsidR="001F417A" w:rsidRDefault="003515D2"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43124233198476D96234E880BD52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0B721-610F-4F4C-ABBE-C680F64E0B59}"/>
      </w:docPartPr>
      <w:docPartBody>
        <w:p w:rsidR="001F417A" w:rsidRDefault="003515D2" w:rsidP="003515D2">
          <w:pPr>
            <w:pStyle w:val="243124233198476D96234E880BD52F2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08069CFA97F4D17A3EB785C7BEC4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FD90C-9FF5-4176-AD0A-BB4812484DF4}"/>
      </w:docPartPr>
      <w:docPartBody>
        <w:p w:rsidR="001F417A" w:rsidRDefault="003515D2" w:rsidP="003515D2">
          <w:pPr>
            <w:pStyle w:val="F08069CFA97F4D17A3EB785C7BEC489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E5ECB14E9E74D53BCD28A9E3A017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AB851-40E5-49A9-BE08-54CC73D09100}"/>
      </w:docPartPr>
      <w:docPartBody>
        <w:p w:rsidR="001F417A" w:rsidRDefault="003515D2" w:rsidP="003515D2">
          <w:pPr>
            <w:pStyle w:val="AE5ECB14E9E74D53BCD28A9E3A017EE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620719635A84667A65746C064E39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AB35D-FD0D-42EA-A320-594E88E9B419}"/>
      </w:docPartPr>
      <w:docPartBody>
        <w:p w:rsidR="001F417A" w:rsidRDefault="003515D2" w:rsidP="003515D2">
          <w:pPr>
            <w:pStyle w:val="5620719635A84667A65746C064E39049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46E5B17FE8C4607B2BB0788A47F0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761AF-D2A0-47A8-8D94-045FC6AE40C0}"/>
      </w:docPartPr>
      <w:docPartBody>
        <w:p w:rsidR="001F417A" w:rsidRDefault="003515D2" w:rsidP="003515D2">
          <w:pPr>
            <w:pStyle w:val="E46E5B17FE8C4607B2BB0788A47F00F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4806DE85411452194CA2C4D5D7F7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31230-B677-477E-A30C-D1C5CBED3FDE}"/>
      </w:docPartPr>
      <w:docPartBody>
        <w:p w:rsidR="001F417A" w:rsidRDefault="003515D2" w:rsidP="003515D2">
          <w:pPr>
            <w:pStyle w:val="04806DE85411452194CA2C4D5D7F785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64B972185374E0FB7BAD9F2DF5F8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BE695-D8B3-48EB-8892-EA051DFC1EBE}"/>
      </w:docPartPr>
      <w:docPartBody>
        <w:p w:rsidR="001F417A" w:rsidRDefault="003515D2" w:rsidP="003515D2">
          <w:pPr>
            <w:pStyle w:val="A64B972185374E0FB7BAD9F2DF5F854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1EFA9AF0F68433980890A21F56FE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CF6C9-5756-449F-AAD4-01632285F53C}"/>
      </w:docPartPr>
      <w:docPartBody>
        <w:p w:rsidR="001F417A" w:rsidRDefault="003515D2" w:rsidP="003515D2">
          <w:pPr>
            <w:pStyle w:val="81EFA9AF0F68433980890A21F56FE99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109A5AF526F493396D34527AC42E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ABD22-8EE1-4670-B9B7-6A2378C60CF7}"/>
      </w:docPartPr>
      <w:docPartBody>
        <w:p w:rsidR="001F417A" w:rsidRDefault="003515D2" w:rsidP="003515D2">
          <w:pPr>
            <w:pStyle w:val="D109A5AF526F493396D34527AC42E51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AC2372F268143E8BAD879FCBEB8F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6BB9C-9C8E-4D68-A00C-081844A55334}"/>
      </w:docPartPr>
      <w:docPartBody>
        <w:p w:rsidR="001F417A" w:rsidRDefault="003515D2" w:rsidP="003515D2">
          <w:pPr>
            <w:pStyle w:val="FAC2372F268143E8BAD879FCBEB8F64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10FA15175946FC8ECE719F3DE11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1E777-AB20-4006-BD66-EA6194636F26}"/>
      </w:docPartPr>
      <w:docPartBody>
        <w:p w:rsidR="001F417A" w:rsidRDefault="003515D2" w:rsidP="003515D2">
          <w:pPr>
            <w:pStyle w:val="2B10FA15175946FC8ECE719F3DE1131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B64FF69C06FB4ABB85D61142C51CB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9DD6C-FBA4-406F-B0AE-20668795DCA6}"/>
      </w:docPartPr>
      <w:docPartBody>
        <w:p w:rsidR="001F417A" w:rsidRDefault="003515D2" w:rsidP="003515D2">
          <w:pPr>
            <w:pStyle w:val="B64FF69C06FB4ABB85D61142C51CB89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8791186B05C4D15B928A4675D601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4940E-BF07-49E3-90A9-A4F256A4CF7E}"/>
      </w:docPartPr>
      <w:docPartBody>
        <w:p w:rsidR="001F417A" w:rsidRDefault="003515D2" w:rsidP="003515D2">
          <w:pPr>
            <w:pStyle w:val="58791186B05C4D15B928A4675D6019B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9CC962EED21941D4B1AFB4E6210FD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F2E86-DE99-41FA-AAD5-315B3FB40095}"/>
      </w:docPartPr>
      <w:docPartBody>
        <w:p w:rsidR="001F417A" w:rsidRDefault="003515D2" w:rsidP="003515D2">
          <w:pPr>
            <w:pStyle w:val="9CC962EED21941D4B1AFB4E6210FD74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70B86CDF7874526A771D31007D6A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395E9-90BC-4C1C-A34A-7D38F1DF5117}"/>
      </w:docPartPr>
      <w:docPartBody>
        <w:p w:rsidR="001F417A" w:rsidRDefault="003515D2" w:rsidP="003515D2">
          <w:pPr>
            <w:pStyle w:val="270B86CDF7874526A771D31007D6A93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AE5668B799D43FFB7C45A0DADD58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50F02-44D5-4DC1-AA0B-CF6A5213A100}"/>
      </w:docPartPr>
      <w:docPartBody>
        <w:p w:rsidR="001F417A" w:rsidRDefault="003515D2" w:rsidP="003515D2">
          <w:pPr>
            <w:pStyle w:val="6AE5668B799D43FFB7C45A0DADD5883A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CC5B4CEBE74949C1BBE4CF283BC32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8178B-85B2-4C65-A756-D566898908D8}"/>
      </w:docPartPr>
      <w:docPartBody>
        <w:p w:rsidR="001F417A" w:rsidRDefault="003515D2" w:rsidP="003515D2">
          <w:pPr>
            <w:pStyle w:val="CC5B4CEBE74949C1BBE4CF283BC32BBF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02CFA3BDBEC42C2880D5DD2F313E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27CCB-193D-4013-91E9-2C3BF0C6AD8F}"/>
      </w:docPartPr>
      <w:docPartBody>
        <w:p w:rsidR="001F417A" w:rsidRDefault="003515D2" w:rsidP="003515D2">
          <w:pPr>
            <w:pStyle w:val="E02CFA3BDBEC42C2880D5DD2F313EA1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112A8773EA946C5959C6D1C09E4B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158C-6C35-4486-8A9A-F05784B1BBBB}"/>
      </w:docPartPr>
      <w:docPartBody>
        <w:p w:rsidR="001F417A" w:rsidRDefault="003515D2" w:rsidP="003515D2">
          <w:pPr>
            <w:pStyle w:val="6112A8773EA946C5959C6D1C09E4B809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09F0DDFA33A4807872975259FFED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199AD-829C-4B87-862A-A6F4290EBEAB}"/>
      </w:docPartPr>
      <w:docPartBody>
        <w:p w:rsidR="001F417A" w:rsidRDefault="003515D2" w:rsidP="003515D2">
          <w:pPr>
            <w:pStyle w:val="E09F0DDFA33A4807872975259FFEDBB0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C8E282D0C894FA69D92B0C39909A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B84AC-A6CD-45D2-933E-27CFC0324026}"/>
      </w:docPartPr>
      <w:docPartBody>
        <w:p w:rsidR="001F417A" w:rsidRDefault="003515D2" w:rsidP="003515D2">
          <w:pPr>
            <w:pStyle w:val="6C8E282D0C894FA69D92B0C39909A55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17F265A206AA4B79BBFBA2ACD49E6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87066-9EFC-4F67-B9D0-DE6F63939668}"/>
      </w:docPartPr>
      <w:docPartBody>
        <w:p w:rsidR="001F417A" w:rsidRDefault="003515D2" w:rsidP="003515D2">
          <w:pPr>
            <w:pStyle w:val="17F265A206AA4B79BBFBA2ACD49E65CB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40D018F3E8004DCA9AEEF5283DFB8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974BD-C7AB-4443-8E14-6E7246981518}"/>
      </w:docPartPr>
      <w:docPartBody>
        <w:p w:rsidR="001F417A" w:rsidRDefault="003515D2" w:rsidP="003515D2">
          <w:pPr>
            <w:pStyle w:val="40D018F3E8004DCA9AEEF5283DFB858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A175617002B4B139F167020C83F2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FBB65-D711-49D4-B2BD-98C958B2E6C3}"/>
      </w:docPartPr>
      <w:docPartBody>
        <w:p w:rsidR="001F417A" w:rsidRDefault="003515D2" w:rsidP="003515D2">
          <w:pPr>
            <w:pStyle w:val="DA175617002B4B139F167020C83F220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392FFC45B0E34BD989CB339BDC3D9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0481B-E8FE-4C9D-99C6-7ED1FF8B0AF1}"/>
      </w:docPartPr>
      <w:docPartBody>
        <w:p w:rsidR="001F417A" w:rsidRDefault="003515D2" w:rsidP="003515D2">
          <w:pPr>
            <w:pStyle w:val="392FFC45B0E34BD989CB339BDC3D98B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A6617D031CA42EFA11DC2AFC66A8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4FA6C-C7A2-4EEB-A4D3-EBC3486223BF}"/>
      </w:docPartPr>
      <w:docPartBody>
        <w:p w:rsidR="001F417A" w:rsidRDefault="003515D2" w:rsidP="003515D2">
          <w:pPr>
            <w:pStyle w:val="DA6617D031CA42EFA11DC2AFC66A881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6D7FEEB46374F1699335D85A7141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D9838-444B-4FA8-B50A-88BD04559299}"/>
      </w:docPartPr>
      <w:docPartBody>
        <w:p w:rsidR="001F417A" w:rsidRDefault="003515D2" w:rsidP="003515D2">
          <w:pPr>
            <w:pStyle w:val="66D7FEEB46374F1699335D85A714152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3C389637E50B4C48BCEBCFD45666F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EE738-1675-42FC-950C-8065FB94935B}"/>
      </w:docPartPr>
      <w:docPartBody>
        <w:p w:rsidR="001F417A" w:rsidRDefault="003515D2" w:rsidP="003515D2">
          <w:pPr>
            <w:pStyle w:val="3C389637E50B4C48BCEBCFD45666FFF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19044C13F7224C64AC939F873182A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07D95-DA78-44A1-A7D2-9AE32B8750DA}"/>
      </w:docPartPr>
      <w:docPartBody>
        <w:p w:rsidR="001F417A" w:rsidRDefault="003515D2" w:rsidP="003515D2">
          <w:pPr>
            <w:pStyle w:val="19044C13F7224C64AC939F873182ADB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CECD5F3914846B9A7BB98E2A1329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03D3F-6051-4AC8-B351-794EAC495989}"/>
      </w:docPartPr>
      <w:docPartBody>
        <w:p w:rsidR="001F417A" w:rsidRDefault="003515D2" w:rsidP="003515D2">
          <w:pPr>
            <w:pStyle w:val="FCECD5F3914846B9A7BB98E2A132914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4333BE9722F4728BA4FAEB9CD2E7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FFB71-E6BC-4DAC-94E1-06BA49E5217D}"/>
      </w:docPartPr>
      <w:docPartBody>
        <w:p w:rsidR="001F417A" w:rsidRDefault="003515D2" w:rsidP="003515D2">
          <w:pPr>
            <w:pStyle w:val="64333BE9722F4728BA4FAEB9CD2E7D5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A8D17763CAD4DC18F7606AF445D4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E80AA-9E9C-425D-AD1B-E25CBDE2ACFE}"/>
      </w:docPartPr>
      <w:docPartBody>
        <w:p w:rsidR="001F417A" w:rsidRDefault="003515D2" w:rsidP="003515D2">
          <w:pPr>
            <w:pStyle w:val="8A8D17763CAD4DC18F7606AF445D477B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8AF4162D20E4173B908FA61B87D6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B914F-D9F0-4E22-873D-6CD77E1F951D}"/>
      </w:docPartPr>
      <w:docPartBody>
        <w:p w:rsidR="001F417A" w:rsidRDefault="003515D2" w:rsidP="003515D2">
          <w:pPr>
            <w:pStyle w:val="E8AF4162D20E4173B908FA61B87D675F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C934654D8AA4D0FAA5055B66EE7A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584C4-78B3-4DFF-8AC0-4E0E7375A0D2}"/>
      </w:docPartPr>
      <w:docPartBody>
        <w:p w:rsidR="001F417A" w:rsidRDefault="003515D2" w:rsidP="003515D2">
          <w:pPr>
            <w:pStyle w:val="EC934654D8AA4D0FAA5055B66EE7A2F0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9DD18D8A3E3E4F5D875F60405C19B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DF523-1D5B-4B9A-8D45-3BB41538B039}"/>
      </w:docPartPr>
      <w:docPartBody>
        <w:p w:rsidR="001F417A" w:rsidRDefault="003515D2" w:rsidP="003515D2">
          <w:pPr>
            <w:pStyle w:val="9DD18D8A3E3E4F5D875F60405C19B999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3FD1327A86D548A7810047CAC1453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B25EC-AEB3-461B-AC21-C0FDC0EF3970}"/>
      </w:docPartPr>
      <w:docPartBody>
        <w:p w:rsidR="001F417A" w:rsidRDefault="003515D2" w:rsidP="003515D2">
          <w:pPr>
            <w:pStyle w:val="3FD1327A86D548A7810047CAC145304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D8F9EB2BABC465982A2D49642755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E97E1-823D-4BDD-8A92-F1495DBDA523}"/>
      </w:docPartPr>
      <w:docPartBody>
        <w:p w:rsidR="001F417A" w:rsidRDefault="003515D2" w:rsidP="003515D2">
          <w:pPr>
            <w:pStyle w:val="2D8F9EB2BABC465982A2D49642755A20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A578B49C365439D9CBFA90A96EDA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1F166-8262-4BE8-9FE3-A46D5D57E922}"/>
      </w:docPartPr>
      <w:docPartBody>
        <w:p w:rsidR="001F417A" w:rsidRDefault="003515D2" w:rsidP="003515D2">
          <w:pPr>
            <w:pStyle w:val="2A578B49C365439D9CBFA90A96EDA56E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A08A5A4E2624D2FBC6C03AA0E031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D20E0-E95D-439A-B0D0-73CAADD06038}"/>
      </w:docPartPr>
      <w:docPartBody>
        <w:p w:rsidR="001F417A" w:rsidRDefault="003515D2" w:rsidP="003515D2">
          <w:pPr>
            <w:pStyle w:val="EA08A5A4E2624D2FBC6C03AA0E03177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0527084F20E4F4C9CC4E3DF0E104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B6020-78E6-46CB-A57C-A00199518F72}"/>
      </w:docPartPr>
      <w:docPartBody>
        <w:p w:rsidR="001F417A" w:rsidRDefault="003515D2" w:rsidP="003515D2">
          <w:pPr>
            <w:pStyle w:val="70527084F20E4F4C9CC4E3DF0E104052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CC9E14514CFE45D692F3AEE35221A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7B367-FD02-44E3-AF93-DC56B9C0D844}"/>
      </w:docPartPr>
      <w:docPartBody>
        <w:p w:rsidR="001F417A" w:rsidRDefault="003515D2" w:rsidP="003515D2">
          <w:pPr>
            <w:pStyle w:val="CC9E14514CFE45D692F3AEE35221AB5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EF25B52EAB34AE79069CAC03977E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5813E-2C31-4472-9201-B83659ABB1D0}"/>
      </w:docPartPr>
      <w:docPartBody>
        <w:p w:rsidR="001F417A" w:rsidRDefault="003515D2" w:rsidP="003515D2">
          <w:pPr>
            <w:pStyle w:val="FEF25B52EAB34AE79069CAC03977E29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4FEF506A935B47519F93A38CFF321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3E233-912B-4BCF-8F87-26AF8FD405A6}"/>
      </w:docPartPr>
      <w:docPartBody>
        <w:p w:rsidR="001F417A" w:rsidRDefault="003515D2" w:rsidP="003515D2">
          <w:pPr>
            <w:pStyle w:val="4FEF506A935B47519F93A38CFF32128A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E4E7D0A39954D77BCBD509AB1DE0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1825D-8D07-432C-A893-262070A9F91F}"/>
      </w:docPartPr>
      <w:docPartBody>
        <w:p w:rsidR="001F417A" w:rsidRDefault="003515D2" w:rsidP="003515D2">
          <w:pPr>
            <w:pStyle w:val="2E4E7D0A39954D77BCBD509AB1DE05A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29F855DF5B14249B5AF4A0FE5977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4BE9D-6668-4B38-9FE2-35477543A34B}"/>
      </w:docPartPr>
      <w:docPartBody>
        <w:p w:rsidR="001F417A" w:rsidRDefault="003515D2" w:rsidP="003515D2">
          <w:pPr>
            <w:pStyle w:val="729F855DF5B14249B5AF4A0FE5977B1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2A2FBFBBA324911B91CB53E976ED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FA778-EA17-4BDA-A22C-5AE5895D19CF}"/>
      </w:docPartPr>
      <w:docPartBody>
        <w:p w:rsidR="001F417A" w:rsidRDefault="003515D2" w:rsidP="003515D2">
          <w:pPr>
            <w:pStyle w:val="72A2FBFBBA324911B91CB53E976ED482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7DEEE7551E94A919E67C227B3D03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E6A6F-DE11-495E-8DC9-F27A6C7E2934}"/>
      </w:docPartPr>
      <w:docPartBody>
        <w:p w:rsidR="001F417A" w:rsidRDefault="003515D2" w:rsidP="003515D2">
          <w:pPr>
            <w:pStyle w:val="E7DEEE7551E94A919E67C227B3D03699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B9DD65685ED4B6BA7D1462A048C7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69250-EC99-48C7-85D2-B33B1F6B0641}"/>
      </w:docPartPr>
      <w:docPartBody>
        <w:p w:rsidR="001F417A" w:rsidRDefault="003515D2" w:rsidP="003515D2">
          <w:pPr>
            <w:pStyle w:val="7B9DD65685ED4B6BA7D1462A048C758F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A70BA6111174BB69F3474DBA6A78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29633-188B-41A1-9A78-BD10D84CD642}"/>
      </w:docPartPr>
      <w:docPartBody>
        <w:p w:rsidR="001F417A" w:rsidRDefault="003515D2" w:rsidP="003515D2">
          <w:pPr>
            <w:pStyle w:val="AA70BA6111174BB69F3474DBA6A781A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0015BC7F6184F49B82F07641FDBF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E9E0A-700C-49D3-8DDF-2F4E5A14237D}"/>
      </w:docPartPr>
      <w:docPartBody>
        <w:p w:rsidR="001F417A" w:rsidRDefault="003515D2" w:rsidP="003515D2">
          <w:pPr>
            <w:pStyle w:val="60015BC7F6184F49B82F07641FDBFBA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A681ECD75554925AAB65D8F20924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9B640-AE53-486B-BF7E-EE0A276D635B}"/>
      </w:docPartPr>
      <w:docPartBody>
        <w:p w:rsidR="001F417A" w:rsidRDefault="003515D2" w:rsidP="003515D2">
          <w:pPr>
            <w:pStyle w:val="2A681ECD75554925AAB65D8F20924380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D5F7AB9449F4B08BD5399AAD85DF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772CD-42CD-4DCC-B41A-329B8D354D6D}"/>
      </w:docPartPr>
      <w:docPartBody>
        <w:p w:rsidR="001F417A" w:rsidRDefault="003515D2" w:rsidP="003515D2">
          <w:pPr>
            <w:pStyle w:val="AD5F7AB9449F4B08BD5399AAD85DF97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BFAA12FB6BF4A6BB39916D63A3D3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3B678-FFF5-4929-8A8A-5DB8158E57C4}"/>
      </w:docPartPr>
      <w:docPartBody>
        <w:p w:rsidR="001F417A" w:rsidRDefault="003515D2" w:rsidP="003515D2">
          <w:pPr>
            <w:pStyle w:val="8BFAA12FB6BF4A6BB39916D63A3D3F2E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EFFA3CF81C640FF9F4BDD67DC0D9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841F6-439A-47A1-9264-7AD6109796C6}"/>
      </w:docPartPr>
      <w:docPartBody>
        <w:p w:rsidR="001F417A" w:rsidRDefault="003515D2" w:rsidP="003515D2">
          <w:pPr>
            <w:pStyle w:val="5EFFA3CF81C640FF9F4BDD67DC0D902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3F2E6DDA4B8E4BBF8463325FC8A75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87F7D-0266-4BA2-A0F0-A04ACF24A907}"/>
      </w:docPartPr>
      <w:docPartBody>
        <w:p w:rsidR="001F417A" w:rsidRDefault="003515D2" w:rsidP="003515D2">
          <w:pPr>
            <w:pStyle w:val="3F2E6DDA4B8E4BBF8463325FC8A7589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EAB5E7E1E504915876526E8A1054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37901-4845-48AC-9D3C-35BCCC0EFD3F}"/>
      </w:docPartPr>
      <w:docPartBody>
        <w:p w:rsidR="001F417A" w:rsidRDefault="003515D2" w:rsidP="003515D2">
          <w:pPr>
            <w:pStyle w:val="6EAB5E7E1E504915876526E8A1054D9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DDBDEBBC72A4BFA9D4C98EED1221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13293-5B3E-4CC9-BD27-ECE36AA4565D}"/>
      </w:docPartPr>
      <w:docPartBody>
        <w:p w:rsidR="001F417A" w:rsidRDefault="003515D2" w:rsidP="003515D2">
          <w:pPr>
            <w:pStyle w:val="EDDBDEBBC72A4BFA9D4C98EED122176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8C130B78A2A4A05BD1E54A6AE70C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FC00F-7888-457F-BE5A-6F995AD3BB8B}"/>
      </w:docPartPr>
      <w:docPartBody>
        <w:p w:rsidR="001F417A" w:rsidRDefault="003515D2" w:rsidP="003515D2">
          <w:pPr>
            <w:pStyle w:val="D8C130B78A2A4A05BD1E54A6AE70C60E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A27517583BB4946AD46D7151F9CC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FFF15-AE54-41E3-AE1C-8901F716E3CD}"/>
      </w:docPartPr>
      <w:docPartBody>
        <w:p w:rsidR="001F417A" w:rsidRDefault="003515D2" w:rsidP="003515D2">
          <w:pPr>
            <w:pStyle w:val="5A27517583BB4946AD46D7151F9CCF6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8D2BB72F66147DAB3DCA9AF4BF3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0C816-AF43-4838-8866-8373EA255050}"/>
      </w:docPartPr>
      <w:docPartBody>
        <w:p w:rsidR="001F417A" w:rsidRDefault="003515D2" w:rsidP="003515D2">
          <w:pPr>
            <w:pStyle w:val="E8D2BB72F66147DAB3DCA9AF4BF3697A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9AAD971B0D43DF89D0E0279F815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7F6D8-427F-4685-8B96-823830C91C4B}"/>
      </w:docPartPr>
      <w:docPartBody>
        <w:p w:rsidR="001F417A" w:rsidRDefault="003515D2" w:rsidP="003515D2">
          <w:pPr>
            <w:pStyle w:val="2B9AAD971B0D43DF89D0E0279F815F2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B2928C48B784DA48CCC89F4829A5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DC5D7-5EC4-4C36-85E2-44452D062A66}"/>
      </w:docPartPr>
      <w:docPartBody>
        <w:p w:rsidR="001F417A" w:rsidRDefault="003515D2" w:rsidP="003515D2">
          <w:pPr>
            <w:pStyle w:val="8B2928C48B784DA48CCC89F4829A5624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D4C0386BEA04D6EAFA01132A7238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CA8C1-6D53-4052-AFA7-E217DBD503A6}"/>
      </w:docPartPr>
      <w:docPartBody>
        <w:p w:rsidR="001F417A" w:rsidRDefault="003515D2" w:rsidP="003515D2">
          <w:pPr>
            <w:pStyle w:val="5D4C0386BEA04D6EAFA01132A72388E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DABD0B140B14328B99D03AB6265E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C23D0-932E-48F0-9DF0-A3F6CB5617F4}"/>
      </w:docPartPr>
      <w:docPartBody>
        <w:p w:rsidR="001F417A" w:rsidRDefault="003515D2" w:rsidP="003515D2">
          <w:pPr>
            <w:pStyle w:val="7DABD0B140B14328B99D03AB6265EA0B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6A09EB613844F7484215541D2D9F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A7AC3-0407-41A7-B588-B20C6D58F876}"/>
      </w:docPartPr>
      <w:docPartBody>
        <w:p w:rsidR="001F417A" w:rsidRDefault="003515D2" w:rsidP="003515D2">
          <w:pPr>
            <w:pStyle w:val="D6A09EB613844F7484215541D2D9F8C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4325223556AF4A4681735838E81A5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A6ABF-4A0E-455F-9F82-22C89B74EF7D}"/>
      </w:docPartPr>
      <w:docPartBody>
        <w:p w:rsidR="001F417A" w:rsidRDefault="003515D2" w:rsidP="003515D2">
          <w:pPr>
            <w:pStyle w:val="4325223556AF4A4681735838E81A50C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0A3082CDFF04E3D91F9398D0A21F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BF612-4768-4D53-84DE-B363B52AA02C}"/>
      </w:docPartPr>
      <w:docPartBody>
        <w:p w:rsidR="001F417A" w:rsidRDefault="003515D2" w:rsidP="003515D2">
          <w:pPr>
            <w:pStyle w:val="20A3082CDFF04E3D91F9398D0A21FD6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32999DE5B1C4A828BC4808161C6D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27446-8D1C-49EF-A5E1-0D45F2ADC123}"/>
      </w:docPartPr>
      <w:docPartBody>
        <w:p w:rsidR="001F417A" w:rsidRDefault="003515D2" w:rsidP="003515D2">
          <w:pPr>
            <w:pStyle w:val="A32999DE5B1C4A828BC4808161C6D92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1F50DCB6C5C24D568488044AC656B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8D39E-1796-4BC2-B7E8-EE6E036EED20}"/>
      </w:docPartPr>
      <w:docPartBody>
        <w:p w:rsidR="001F417A" w:rsidRDefault="003515D2" w:rsidP="003515D2">
          <w:pPr>
            <w:pStyle w:val="1F50DCB6C5C24D568488044AC656B26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E987FEE3914226A9FAF320725CA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3A4D7-9A42-4974-ADD7-EE59B35CCD9B}"/>
      </w:docPartPr>
      <w:docPartBody>
        <w:p w:rsidR="001F417A" w:rsidRDefault="003515D2" w:rsidP="003515D2">
          <w:pPr>
            <w:pStyle w:val="2BE987FEE3914226A9FAF320725CA78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3374CFD17384586AF9E9ED75715F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CED67-3F73-48B0-B755-A72A7857D14D}"/>
      </w:docPartPr>
      <w:docPartBody>
        <w:p w:rsidR="001F417A" w:rsidRDefault="003515D2" w:rsidP="003515D2">
          <w:pPr>
            <w:pStyle w:val="A3374CFD17384586AF9E9ED75715F8C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1D15D8F77ACD4C5890AB63AFEB2F4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E8FE8-8C1A-4602-A417-2A66839C6D4C}"/>
      </w:docPartPr>
      <w:docPartBody>
        <w:p w:rsidR="001F417A" w:rsidRDefault="003515D2" w:rsidP="003515D2">
          <w:pPr>
            <w:pStyle w:val="1D15D8F77ACD4C5890AB63AFEB2F484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C2A26D594C134B13AF09D120E8CF4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50728-EDFF-40E4-A21A-40BD546443AA}"/>
      </w:docPartPr>
      <w:docPartBody>
        <w:p w:rsidR="001F417A" w:rsidRDefault="003515D2" w:rsidP="003515D2">
          <w:pPr>
            <w:pStyle w:val="C2A26D594C134B13AF09D120E8CF44E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077AB959ABD439682FA8772E3D68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DE196-A0FC-4666-B650-8C4FECF6B67D}"/>
      </w:docPartPr>
      <w:docPartBody>
        <w:p w:rsidR="001F417A" w:rsidRDefault="003515D2" w:rsidP="003515D2">
          <w:pPr>
            <w:pStyle w:val="5077AB959ABD439682FA8772E3D6869D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F6B4CB09DF94EA9850AFB58CE82C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D5F17-5379-4A4A-A53A-C776F01C9A0D}"/>
      </w:docPartPr>
      <w:docPartBody>
        <w:p w:rsidR="001F417A" w:rsidRDefault="003515D2" w:rsidP="003515D2">
          <w:pPr>
            <w:pStyle w:val="6F6B4CB09DF94EA9850AFB58CE82CCF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271FDC675D74558B8FD4B568F613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58D66-B4D9-4B74-9156-46BF25926542}"/>
      </w:docPartPr>
      <w:docPartBody>
        <w:p w:rsidR="001F417A" w:rsidRDefault="003515D2" w:rsidP="003515D2">
          <w:pPr>
            <w:pStyle w:val="F271FDC675D74558B8FD4B568F61380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3ABC4367ABC7433FB6B66F9A35A9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D564C-B184-4983-8C9D-BA98005FAF89}"/>
      </w:docPartPr>
      <w:docPartBody>
        <w:p w:rsidR="001F417A" w:rsidRDefault="003515D2" w:rsidP="003515D2">
          <w:pPr>
            <w:pStyle w:val="3ABC4367ABC7433FB6B66F9A35A95407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1B86E15A48344B2ACFCB11CF6568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31693-0D44-4B51-A9B0-F2C44EA5347B}"/>
      </w:docPartPr>
      <w:docPartBody>
        <w:p w:rsidR="001F417A" w:rsidRDefault="003515D2" w:rsidP="003515D2">
          <w:pPr>
            <w:pStyle w:val="A1B86E15A48344B2ACFCB11CF65686BE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9CE9DF1598174FCAB18A25BC156E5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7DEB0-6B0C-4105-8041-34E98604116B}"/>
      </w:docPartPr>
      <w:docPartBody>
        <w:p w:rsidR="001F417A" w:rsidRDefault="003515D2" w:rsidP="003515D2">
          <w:pPr>
            <w:pStyle w:val="9CE9DF1598174FCAB18A25BC156E5EAC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10459BFC01DC45E497B14E051AF65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B7C2-16A1-46EF-BA5E-6017632BF0EF}"/>
      </w:docPartPr>
      <w:docPartBody>
        <w:p w:rsidR="001F417A" w:rsidRDefault="003515D2" w:rsidP="003515D2">
          <w:pPr>
            <w:pStyle w:val="10459BFC01DC45E497B14E051AF6587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5B850D9B2DAC4CEFA4FB7B0EFD06A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06F5E-CF1E-4887-9B99-A3535B2345E5}"/>
      </w:docPartPr>
      <w:docPartBody>
        <w:p w:rsidR="001F417A" w:rsidRDefault="003515D2" w:rsidP="003515D2">
          <w:pPr>
            <w:pStyle w:val="5B850D9B2DAC4CEFA4FB7B0EFD06AFE6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91D83FCC43E4AAB8DA74A40637A3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08903-B2FB-4164-A930-542C427AC346}"/>
      </w:docPartPr>
      <w:docPartBody>
        <w:p w:rsidR="001F417A" w:rsidRDefault="003515D2" w:rsidP="003515D2">
          <w:pPr>
            <w:pStyle w:val="D91D83FCC43E4AAB8DA74A40637A3B7F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E8E1219DD0B245BBB029959BB91E9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9F37E-3465-4637-BD83-7C78D11C887A}"/>
      </w:docPartPr>
      <w:docPartBody>
        <w:p w:rsidR="001F417A" w:rsidRDefault="003515D2" w:rsidP="003515D2">
          <w:pPr>
            <w:pStyle w:val="E8E1219DD0B245BBB029959BB91E9E0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0189BA7817741DEAA532748036C6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E3F14-B2D8-4F60-9225-8A679DDB3F95}"/>
      </w:docPartPr>
      <w:docPartBody>
        <w:p w:rsidR="001F417A" w:rsidRDefault="003515D2" w:rsidP="003515D2">
          <w:pPr>
            <w:pStyle w:val="00189BA7817741DEAA532748036C657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07419B89BE746789C1582535D0F2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47FCE-95A0-445E-B665-E3E94609DFAF}"/>
      </w:docPartPr>
      <w:docPartBody>
        <w:p w:rsidR="001F417A" w:rsidRDefault="003515D2" w:rsidP="003515D2">
          <w:pPr>
            <w:pStyle w:val="207419B89BE746789C1582535D0F2138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90176E8907774B42B00C8C76F1D8C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F555C-07B5-4CCB-8A96-2B32542016AC}"/>
      </w:docPartPr>
      <w:docPartBody>
        <w:p w:rsidR="001F417A" w:rsidRDefault="003515D2" w:rsidP="003515D2">
          <w:pPr>
            <w:pStyle w:val="90176E8907774B42B00C8C76F1D8C9B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5A4CFBC2CF04F7C94A470C252616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A41F6-9542-4208-84E2-0F9B089EF6EA}"/>
      </w:docPartPr>
      <w:docPartBody>
        <w:p w:rsidR="001F417A" w:rsidRDefault="003515D2" w:rsidP="003515D2">
          <w:pPr>
            <w:pStyle w:val="05A4CFBC2CF04F7C94A470C2526164EB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4CE76137444047C2B87790F3024B0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6AB2B-01FC-49E5-9190-B79E48BD0254}"/>
      </w:docPartPr>
      <w:docPartBody>
        <w:p w:rsidR="001F417A" w:rsidRDefault="003515D2" w:rsidP="003515D2">
          <w:pPr>
            <w:pStyle w:val="4CE76137444047C2B87790F3024B0993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41C23B46556C4472BA1D8213813EF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1071E-2674-420F-9DCA-D47CE2FC77BF}"/>
      </w:docPartPr>
      <w:docPartBody>
        <w:p w:rsidR="001F417A" w:rsidRDefault="003515D2" w:rsidP="003515D2">
          <w:pPr>
            <w:pStyle w:val="41C23B46556C4472BA1D8213813EF531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C28AB523D7840FAB55A6B42169A6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27A7D-7FC3-4FB4-B89E-C78C5D6CAF37}"/>
      </w:docPartPr>
      <w:docPartBody>
        <w:p w:rsidR="001F417A" w:rsidRDefault="003515D2" w:rsidP="003515D2">
          <w:pPr>
            <w:pStyle w:val="8C28AB523D7840FAB55A6B42169A65F5"/>
          </w:pPr>
          <w:r w:rsidRPr="00FD319D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D2"/>
    <w:rsid w:val="0014028B"/>
    <w:rsid w:val="001F417A"/>
    <w:rsid w:val="00274C67"/>
    <w:rsid w:val="003515D2"/>
    <w:rsid w:val="00521640"/>
    <w:rsid w:val="008036ED"/>
    <w:rsid w:val="00917273"/>
    <w:rsid w:val="00B0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515D2"/>
    <w:rPr>
      <w:color w:val="666666"/>
    </w:rPr>
  </w:style>
  <w:style w:type="paragraph" w:customStyle="1" w:styleId="4C55169FC33D4F0D9A6110751E7CAC52">
    <w:name w:val="4C55169FC33D4F0D9A6110751E7CAC52"/>
    <w:rsid w:val="003515D2"/>
  </w:style>
  <w:style w:type="paragraph" w:customStyle="1" w:styleId="243124233198476D96234E880BD52F28">
    <w:name w:val="243124233198476D96234E880BD52F28"/>
    <w:rsid w:val="003515D2"/>
  </w:style>
  <w:style w:type="paragraph" w:customStyle="1" w:styleId="F08069CFA97F4D17A3EB785C7BEC4891">
    <w:name w:val="F08069CFA97F4D17A3EB785C7BEC4891"/>
    <w:rsid w:val="003515D2"/>
  </w:style>
  <w:style w:type="paragraph" w:customStyle="1" w:styleId="AE5ECB14E9E74D53BCD28A9E3A017EE4">
    <w:name w:val="AE5ECB14E9E74D53BCD28A9E3A017EE4"/>
    <w:rsid w:val="003515D2"/>
  </w:style>
  <w:style w:type="paragraph" w:customStyle="1" w:styleId="5620719635A84667A65746C064E39049">
    <w:name w:val="5620719635A84667A65746C064E39049"/>
    <w:rsid w:val="003515D2"/>
  </w:style>
  <w:style w:type="paragraph" w:customStyle="1" w:styleId="E46E5B17FE8C4607B2BB0788A47F00FC">
    <w:name w:val="E46E5B17FE8C4607B2BB0788A47F00FC"/>
    <w:rsid w:val="003515D2"/>
  </w:style>
  <w:style w:type="paragraph" w:customStyle="1" w:styleId="04806DE85411452194CA2C4D5D7F7855">
    <w:name w:val="04806DE85411452194CA2C4D5D7F7855"/>
    <w:rsid w:val="003515D2"/>
  </w:style>
  <w:style w:type="paragraph" w:customStyle="1" w:styleId="A64B972185374E0FB7BAD9F2DF5F8543">
    <w:name w:val="A64B972185374E0FB7BAD9F2DF5F8543"/>
    <w:rsid w:val="003515D2"/>
  </w:style>
  <w:style w:type="paragraph" w:customStyle="1" w:styleId="81EFA9AF0F68433980890A21F56FE995">
    <w:name w:val="81EFA9AF0F68433980890A21F56FE995"/>
    <w:rsid w:val="003515D2"/>
  </w:style>
  <w:style w:type="paragraph" w:customStyle="1" w:styleId="D109A5AF526F493396D34527AC42E515">
    <w:name w:val="D109A5AF526F493396D34527AC42E515"/>
    <w:rsid w:val="003515D2"/>
  </w:style>
  <w:style w:type="paragraph" w:customStyle="1" w:styleId="FAC2372F268143E8BAD879FCBEB8F643">
    <w:name w:val="FAC2372F268143E8BAD879FCBEB8F643"/>
    <w:rsid w:val="003515D2"/>
  </w:style>
  <w:style w:type="paragraph" w:customStyle="1" w:styleId="2B10FA15175946FC8ECE719F3DE11317">
    <w:name w:val="2B10FA15175946FC8ECE719F3DE11317"/>
    <w:rsid w:val="003515D2"/>
  </w:style>
  <w:style w:type="paragraph" w:customStyle="1" w:styleId="B64FF69C06FB4ABB85D61142C51CB893">
    <w:name w:val="B64FF69C06FB4ABB85D61142C51CB893"/>
    <w:rsid w:val="003515D2"/>
  </w:style>
  <w:style w:type="paragraph" w:customStyle="1" w:styleId="58791186B05C4D15B928A4675D6019B1">
    <w:name w:val="58791186B05C4D15B928A4675D6019B1"/>
    <w:rsid w:val="003515D2"/>
  </w:style>
  <w:style w:type="paragraph" w:customStyle="1" w:styleId="9CC962EED21941D4B1AFB4E6210FD741">
    <w:name w:val="9CC962EED21941D4B1AFB4E6210FD741"/>
    <w:rsid w:val="003515D2"/>
  </w:style>
  <w:style w:type="paragraph" w:customStyle="1" w:styleId="270B86CDF7874526A771D31007D6A936">
    <w:name w:val="270B86CDF7874526A771D31007D6A936"/>
    <w:rsid w:val="003515D2"/>
  </w:style>
  <w:style w:type="paragraph" w:customStyle="1" w:styleId="6AE5668B799D43FFB7C45A0DADD5883A">
    <w:name w:val="6AE5668B799D43FFB7C45A0DADD5883A"/>
    <w:rsid w:val="003515D2"/>
  </w:style>
  <w:style w:type="paragraph" w:customStyle="1" w:styleId="CC5B4CEBE74949C1BBE4CF283BC32BBF">
    <w:name w:val="CC5B4CEBE74949C1BBE4CF283BC32BBF"/>
    <w:rsid w:val="003515D2"/>
  </w:style>
  <w:style w:type="paragraph" w:customStyle="1" w:styleId="E02CFA3BDBEC42C2880D5DD2F313EA1C">
    <w:name w:val="E02CFA3BDBEC42C2880D5DD2F313EA1C"/>
    <w:rsid w:val="003515D2"/>
  </w:style>
  <w:style w:type="paragraph" w:customStyle="1" w:styleId="6112A8773EA946C5959C6D1C09E4B809">
    <w:name w:val="6112A8773EA946C5959C6D1C09E4B809"/>
    <w:rsid w:val="003515D2"/>
  </w:style>
  <w:style w:type="paragraph" w:customStyle="1" w:styleId="E09F0DDFA33A4807872975259FFEDBB0">
    <w:name w:val="E09F0DDFA33A4807872975259FFEDBB0"/>
    <w:rsid w:val="003515D2"/>
  </w:style>
  <w:style w:type="paragraph" w:customStyle="1" w:styleId="6C8E282D0C894FA69D92B0C39909A55C">
    <w:name w:val="6C8E282D0C894FA69D92B0C39909A55C"/>
    <w:rsid w:val="003515D2"/>
  </w:style>
  <w:style w:type="paragraph" w:customStyle="1" w:styleId="17F265A206AA4B79BBFBA2ACD49E65CB">
    <w:name w:val="17F265A206AA4B79BBFBA2ACD49E65CB"/>
    <w:rsid w:val="003515D2"/>
  </w:style>
  <w:style w:type="paragraph" w:customStyle="1" w:styleId="40D018F3E8004DCA9AEEF5283DFB8584">
    <w:name w:val="40D018F3E8004DCA9AEEF5283DFB8584"/>
    <w:rsid w:val="003515D2"/>
  </w:style>
  <w:style w:type="paragraph" w:customStyle="1" w:styleId="DA175617002B4B139F167020C83F2204">
    <w:name w:val="DA175617002B4B139F167020C83F2204"/>
    <w:rsid w:val="003515D2"/>
  </w:style>
  <w:style w:type="paragraph" w:customStyle="1" w:styleId="392FFC45B0E34BD989CB339BDC3D98B8">
    <w:name w:val="392FFC45B0E34BD989CB339BDC3D98B8"/>
    <w:rsid w:val="003515D2"/>
  </w:style>
  <w:style w:type="paragraph" w:customStyle="1" w:styleId="DA6617D031CA42EFA11DC2AFC66A881D">
    <w:name w:val="DA6617D031CA42EFA11DC2AFC66A881D"/>
    <w:rsid w:val="003515D2"/>
  </w:style>
  <w:style w:type="paragraph" w:customStyle="1" w:styleId="66D7FEEB46374F1699335D85A7141521">
    <w:name w:val="66D7FEEB46374F1699335D85A7141521"/>
    <w:rsid w:val="003515D2"/>
  </w:style>
  <w:style w:type="paragraph" w:customStyle="1" w:styleId="3C389637E50B4C48BCEBCFD45666FFF3">
    <w:name w:val="3C389637E50B4C48BCEBCFD45666FFF3"/>
    <w:rsid w:val="003515D2"/>
  </w:style>
  <w:style w:type="paragraph" w:customStyle="1" w:styleId="19044C13F7224C64AC939F873182ADB4">
    <w:name w:val="19044C13F7224C64AC939F873182ADB4"/>
    <w:rsid w:val="003515D2"/>
  </w:style>
  <w:style w:type="paragraph" w:customStyle="1" w:styleId="FCECD5F3914846B9A7BB98E2A1329146">
    <w:name w:val="FCECD5F3914846B9A7BB98E2A1329146"/>
    <w:rsid w:val="003515D2"/>
  </w:style>
  <w:style w:type="paragraph" w:customStyle="1" w:styleId="64333BE9722F4728BA4FAEB9CD2E7D51">
    <w:name w:val="64333BE9722F4728BA4FAEB9CD2E7D51"/>
    <w:rsid w:val="003515D2"/>
  </w:style>
  <w:style w:type="paragraph" w:customStyle="1" w:styleId="8A8D17763CAD4DC18F7606AF445D477B">
    <w:name w:val="8A8D17763CAD4DC18F7606AF445D477B"/>
    <w:rsid w:val="003515D2"/>
  </w:style>
  <w:style w:type="paragraph" w:customStyle="1" w:styleId="E8AF4162D20E4173B908FA61B87D675F">
    <w:name w:val="E8AF4162D20E4173B908FA61B87D675F"/>
    <w:rsid w:val="003515D2"/>
  </w:style>
  <w:style w:type="paragraph" w:customStyle="1" w:styleId="EC934654D8AA4D0FAA5055B66EE7A2F0">
    <w:name w:val="EC934654D8AA4D0FAA5055B66EE7A2F0"/>
    <w:rsid w:val="003515D2"/>
  </w:style>
  <w:style w:type="paragraph" w:customStyle="1" w:styleId="9DD18D8A3E3E4F5D875F60405C19B999">
    <w:name w:val="9DD18D8A3E3E4F5D875F60405C19B999"/>
    <w:rsid w:val="003515D2"/>
  </w:style>
  <w:style w:type="paragraph" w:customStyle="1" w:styleId="3FD1327A86D548A7810047CAC145304D">
    <w:name w:val="3FD1327A86D548A7810047CAC145304D"/>
    <w:rsid w:val="003515D2"/>
  </w:style>
  <w:style w:type="paragraph" w:customStyle="1" w:styleId="2D8F9EB2BABC465982A2D49642755A20">
    <w:name w:val="2D8F9EB2BABC465982A2D49642755A20"/>
    <w:rsid w:val="003515D2"/>
  </w:style>
  <w:style w:type="paragraph" w:customStyle="1" w:styleId="2A578B49C365439D9CBFA90A96EDA56E">
    <w:name w:val="2A578B49C365439D9CBFA90A96EDA56E"/>
    <w:rsid w:val="003515D2"/>
  </w:style>
  <w:style w:type="paragraph" w:customStyle="1" w:styleId="EA08A5A4E2624D2FBC6C03AA0E031777">
    <w:name w:val="EA08A5A4E2624D2FBC6C03AA0E031777"/>
    <w:rsid w:val="003515D2"/>
  </w:style>
  <w:style w:type="paragraph" w:customStyle="1" w:styleId="70527084F20E4F4C9CC4E3DF0E104052">
    <w:name w:val="70527084F20E4F4C9CC4E3DF0E104052"/>
    <w:rsid w:val="003515D2"/>
  </w:style>
  <w:style w:type="paragraph" w:customStyle="1" w:styleId="CC9E14514CFE45D692F3AEE35221AB51">
    <w:name w:val="CC9E14514CFE45D692F3AEE35221AB51"/>
    <w:rsid w:val="003515D2"/>
  </w:style>
  <w:style w:type="paragraph" w:customStyle="1" w:styleId="FEF25B52EAB34AE79069CAC03977E29C">
    <w:name w:val="FEF25B52EAB34AE79069CAC03977E29C"/>
    <w:rsid w:val="003515D2"/>
  </w:style>
  <w:style w:type="paragraph" w:customStyle="1" w:styleId="4FEF506A935B47519F93A38CFF32128A">
    <w:name w:val="4FEF506A935B47519F93A38CFF32128A"/>
    <w:rsid w:val="003515D2"/>
  </w:style>
  <w:style w:type="paragraph" w:customStyle="1" w:styleId="2E4E7D0A39954D77BCBD509AB1DE05A5">
    <w:name w:val="2E4E7D0A39954D77BCBD509AB1DE05A5"/>
    <w:rsid w:val="003515D2"/>
  </w:style>
  <w:style w:type="paragraph" w:customStyle="1" w:styleId="729F855DF5B14249B5AF4A0FE5977B14">
    <w:name w:val="729F855DF5B14249B5AF4A0FE5977B14"/>
    <w:rsid w:val="003515D2"/>
  </w:style>
  <w:style w:type="paragraph" w:customStyle="1" w:styleId="72A2FBFBBA324911B91CB53E976ED482">
    <w:name w:val="72A2FBFBBA324911B91CB53E976ED482"/>
    <w:rsid w:val="003515D2"/>
  </w:style>
  <w:style w:type="paragraph" w:customStyle="1" w:styleId="E7DEEE7551E94A919E67C227B3D03699">
    <w:name w:val="E7DEEE7551E94A919E67C227B3D03699"/>
    <w:rsid w:val="003515D2"/>
  </w:style>
  <w:style w:type="paragraph" w:customStyle="1" w:styleId="7B9DD65685ED4B6BA7D1462A048C758F">
    <w:name w:val="7B9DD65685ED4B6BA7D1462A048C758F"/>
    <w:rsid w:val="003515D2"/>
  </w:style>
  <w:style w:type="paragraph" w:customStyle="1" w:styleId="AA70BA6111174BB69F3474DBA6A781A7">
    <w:name w:val="AA70BA6111174BB69F3474DBA6A781A7"/>
    <w:rsid w:val="003515D2"/>
  </w:style>
  <w:style w:type="paragraph" w:customStyle="1" w:styleId="60015BC7F6184F49B82F07641FDBFBA8">
    <w:name w:val="60015BC7F6184F49B82F07641FDBFBA8"/>
    <w:rsid w:val="003515D2"/>
  </w:style>
  <w:style w:type="paragraph" w:customStyle="1" w:styleId="2A681ECD75554925AAB65D8F20924380">
    <w:name w:val="2A681ECD75554925AAB65D8F20924380"/>
    <w:rsid w:val="003515D2"/>
  </w:style>
  <w:style w:type="paragraph" w:customStyle="1" w:styleId="AD5F7AB9449F4B08BD5399AAD85DF976">
    <w:name w:val="AD5F7AB9449F4B08BD5399AAD85DF976"/>
    <w:rsid w:val="003515D2"/>
  </w:style>
  <w:style w:type="paragraph" w:customStyle="1" w:styleId="8BFAA12FB6BF4A6BB39916D63A3D3F2E">
    <w:name w:val="8BFAA12FB6BF4A6BB39916D63A3D3F2E"/>
    <w:rsid w:val="003515D2"/>
  </w:style>
  <w:style w:type="paragraph" w:customStyle="1" w:styleId="5EFFA3CF81C640FF9F4BDD67DC0D9023">
    <w:name w:val="5EFFA3CF81C640FF9F4BDD67DC0D9023"/>
    <w:rsid w:val="003515D2"/>
  </w:style>
  <w:style w:type="paragraph" w:customStyle="1" w:styleId="3F2E6DDA4B8E4BBF8463325FC8A7589C">
    <w:name w:val="3F2E6DDA4B8E4BBF8463325FC8A7589C"/>
    <w:rsid w:val="003515D2"/>
  </w:style>
  <w:style w:type="paragraph" w:customStyle="1" w:styleId="6EAB5E7E1E504915876526E8A1054D9D">
    <w:name w:val="6EAB5E7E1E504915876526E8A1054D9D"/>
    <w:rsid w:val="003515D2"/>
  </w:style>
  <w:style w:type="paragraph" w:customStyle="1" w:styleId="EDDBDEBBC72A4BFA9D4C98EED1221765">
    <w:name w:val="EDDBDEBBC72A4BFA9D4C98EED1221765"/>
    <w:rsid w:val="003515D2"/>
  </w:style>
  <w:style w:type="paragraph" w:customStyle="1" w:styleId="D8C130B78A2A4A05BD1E54A6AE70C60E">
    <w:name w:val="D8C130B78A2A4A05BD1E54A6AE70C60E"/>
    <w:rsid w:val="003515D2"/>
  </w:style>
  <w:style w:type="paragraph" w:customStyle="1" w:styleId="5A27517583BB4946AD46D7151F9CCF68">
    <w:name w:val="5A27517583BB4946AD46D7151F9CCF68"/>
    <w:rsid w:val="003515D2"/>
  </w:style>
  <w:style w:type="paragraph" w:customStyle="1" w:styleId="E8D2BB72F66147DAB3DCA9AF4BF3697A">
    <w:name w:val="E8D2BB72F66147DAB3DCA9AF4BF3697A"/>
    <w:rsid w:val="003515D2"/>
  </w:style>
  <w:style w:type="paragraph" w:customStyle="1" w:styleId="2B9AAD971B0D43DF89D0E0279F815F2D">
    <w:name w:val="2B9AAD971B0D43DF89D0E0279F815F2D"/>
    <w:rsid w:val="003515D2"/>
  </w:style>
  <w:style w:type="paragraph" w:customStyle="1" w:styleId="8B2928C48B784DA48CCC89F4829A5624">
    <w:name w:val="8B2928C48B784DA48CCC89F4829A5624"/>
    <w:rsid w:val="003515D2"/>
  </w:style>
  <w:style w:type="paragraph" w:customStyle="1" w:styleId="5D4C0386BEA04D6EAFA01132A72388E8">
    <w:name w:val="5D4C0386BEA04D6EAFA01132A72388E8"/>
    <w:rsid w:val="003515D2"/>
  </w:style>
  <w:style w:type="paragraph" w:customStyle="1" w:styleId="7DABD0B140B14328B99D03AB6265EA0B">
    <w:name w:val="7DABD0B140B14328B99D03AB6265EA0B"/>
    <w:rsid w:val="003515D2"/>
  </w:style>
  <w:style w:type="paragraph" w:customStyle="1" w:styleId="D6A09EB613844F7484215541D2D9F8C1">
    <w:name w:val="D6A09EB613844F7484215541D2D9F8C1"/>
    <w:rsid w:val="003515D2"/>
  </w:style>
  <w:style w:type="paragraph" w:customStyle="1" w:styleId="4325223556AF4A4681735838E81A50C8">
    <w:name w:val="4325223556AF4A4681735838E81A50C8"/>
    <w:rsid w:val="003515D2"/>
  </w:style>
  <w:style w:type="paragraph" w:customStyle="1" w:styleId="20A3082CDFF04E3D91F9398D0A21FD6D">
    <w:name w:val="20A3082CDFF04E3D91F9398D0A21FD6D"/>
    <w:rsid w:val="003515D2"/>
  </w:style>
  <w:style w:type="paragraph" w:customStyle="1" w:styleId="A32999DE5B1C4A828BC4808161C6D921">
    <w:name w:val="A32999DE5B1C4A828BC4808161C6D921"/>
    <w:rsid w:val="003515D2"/>
  </w:style>
  <w:style w:type="paragraph" w:customStyle="1" w:styleId="1F50DCB6C5C24D568488044AC656B265">
    <w:name w:val="1F50DCB6C5C24D568488044AC656B265"/>
    <w:rsid w:val="003515D2"/>
  </w:style>
  <w:style w:type="paragraph" w:customStyle="1" w:styleId="2BE987FEE3914226A9FAF320725CA786">
    <w:name w:val="2BE987FEE3914226A9FAF320725CA786"/>
    <w:rsid w:val="003515D2"/>
  </w:style>
  <w:style w:type="paragraph" w:customStyle="1" w:styleId="A3374CFD17384586AF9E9ED75715F8C7">
    <w:name w:val="A3374CFD17384586AF9E9ED75715F8C7"/>
    <w:rsid w:val="003515D2"/>
  </w:style>
  <w:style w:type="paragraph" w:customStyle="1" w:styleId="1D15D8F77ACD4C5890AB63AFEB2F4843">
    <w:name w:val="1D15D8F77ACD4C5890AB63AFEB2F4843"/>
    <w:rsid w:val="003515D2"/>
  </w:style>
  <w:style w:type="paragraph" w:customStyle="1" w:styleId="C2A26D594C134B13AF09D120E8CF44E6">
    <w:name w:val="C2A26D594C134B13AF09D120E8CF44E6"/>
    <w:rsid w:val="003515D2"/>
  </w:style>
  <w:style w:type="paragraph" w:customStyle="1" w:styleId="5077AB959ABD439682FA8772E3D6869D">
    <w:name w:val="5077AB959ABD439682FA8772E3D6869D"/>
    <w:rsid w:val="003515D2"/>
  </w:style>
  <w:style w:type="paragraph" w:customStyle="1" w:styleId="6F6B4CB09DF94EA9850AFB58CE82CCF7">
    <w:name w:val="6F6B4CB09DF94EA9850AFB58CE82CCF7"/>
    <w:rsid w:val="003515D2"/>
  </w:style>
  <w:style w:type="paragraph" w:customStyle="1" w:styleId="F271FDC675D74558B8FD4B568F61380C">
    <w:name w:val="F271FDC675D74558B8FD4B568F61380C"/>
    <w:rsid w:val="003515D2"/>
  </w:style>
  <w:style w:type="paragraph" w:customStyle="1" w:styleId="3ABC4367ABC7433FB6B66F9A35A95407">
    <w:name w:val="3ABC4367ABC7433FB6B66F9A35A95407"/>
    <w:rsid w:val="003515D2"/>
  </w:style>
  <w:style w:type="paragraph" w:customStyle="1" w:styleId="A1B86E15A48344B2ACFCB11CF65686BE">
    <w:name w:val="A1B86E15A48344B2ACFCB11CF65686BE"/>
    <w:rsid w:val="003515D2"/>
  </w:style>
  <w:style w:type="paragraph" w:customStyle="1" w:styleId="9CE9DF1598174FCAB18A25BC156E5EAC">
    <w:name w:val="9CE9DF1598174FCAB18A25BC156E5EAC"/>
    <w:rsid w:val="003515D2"/>
  </w:style>
  <w:style w:type="paragraph" w:customStyle="1" w:styleId="10459BFC01DC45E497B14E051AF65878">
    <w:name w:val="10459BFC01DC45E497B14E051AF65878"/>
    <w:rsid w:val="003515D2"/>
  </w:style>
  <w:style w:type="paragraph" w:customStyle="1" w:styleId="5B850D9B2DAC4CEFA4FB7B0EFD06AFE6">
    <w:name w:val="5B850D9B2DAC4CEFA4FB7B0EFD06AFE6"/>
    <w:rsid w:val="003515D2"/>
  </w:style>
  <w:style w:type="paragraph" w:customStyle="1" w:styleId="D91D83FCC43E4AAB8DA74A40637A3B7F">
    <w:name w:val="D91D83FCC43E4AAB8DA74A40637A3B7F"/>
    <w:rsid w:val="003515D2"/>
  </w:style>
  <w:style w:type="paragraph" w:customStyle="1" w:styleId="E8E1219DD0B245BBB029959BB91E9E08">
    <w:name w:val="E8E1219DD0B245BBB029959BB91E9E08"/>
    <w:rsid w:val="003515D2"/>
  </w:style>
  <w:style w:type="paragraph" w:customStyle="1" w:styleId="00189BA7817741DEAA532748036C6578">
    <w:name w:val="00189BA7817741DEAA532748036C6578"/>
    <w:rsid w:val="003515D2"/>
  </w:style>
  <w:style w:type="paragraph" w:customStyle="1" w:styleId="207419B89BE746789C1582535D0F2138">
    <w:name w:val="207419B89BE746789C1582535D0F2138"/>
    <w:rsid w:val="003515D2"/>
  </w:style>
  <w:style w:type="paragraph" w:customStyle="1" w:styleId="90176E8907774B42B00C8C76F1D8C9B1">
    <w:name w:val="90176E8907774B42B00C8C76F1D8C9B1"/>
    <w:rsid w:val="003515D2"/>
  </w:style>
  <w:style w:type="paragraph" w:customStyle="1" w:styleId="05A4CFBC2CF04F7C94A470C2526164EB">
    <w:name w:val="05A4CFBC2CF04F7C94A470C2526164EB"/>
    <w:rsid w:val="003515D2"/>
  </w:style>
  <w:style w:type="paragraph" w:customStyle="1" w:styleId="4CE76137444047C2B87790F3024B0993">
    <w:name w:val="4CE76137444047C2B87790F3024B0993"/>
    <w:rsid w:val="003515D2"/>
  </w:style>
  <w:style w:type="paragraph" w:customStyle="1" w:styleId="41C23B46556C4472BA1D8213813EF531">
    <w:name w:val="41C23B46556C4472BA1D8213813EF531"/>
    <w:rsid w:val="003515D2"/>
  </w:style>
  <w:style w:type="paragraph" w:customStyle="1" w:styleId="8C28AB523D7840FAB55A6B42169A65F5">
    <w:name w:val="8C28AB523D7840FAB55A6B42169A65F5"/>
    <w:rsid w:val="003515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Azra Ivazović</cp:lastModifiedBy>
  <cp:revision>2</cp:revision>
  <dcterms:created xsi:type="dcterms:W3CDTF">2026-10-28T07:54:00Z</dcterms:created>
  <dcterms:modified xsi:type="dcterms:W3CDTF">2026-10-28T07:54:00Z</dcterms:modified>
  <cp:category/>
</cp:coreProperties>
</file>